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50362" w14:textId="09F313A0" w:rsidR="00124870" w:rsidRPr="005A5448" w:rsidRDefault="00000000">
      <w:pPr>
        <w:pStyle w:val="Titolo1"/>
        <w:jc w:val="center"/>
        <w:rPr>
          <w:rFonts w:ascii="Times New Roman" w:hAnsi="Times New Roman" w:cs="Times New Roman"/>
          <w:color w:val="auto"/>
          <w:sz w:val="24"/>
          <w:szCs w:val="24"/>
        </w:rPr>
      </w:pPr>
      <w:r w:rsidRPr="005A5448">
        <w:rPr>
          <w:rFonts w:ascii="Times New Roman" w:hAnsi="Times New Roman" w:cs="Times New Roman"/>
          <w:color w:val="auto"/>
          <w:sz w:val="24"/>
          <w:szCs w:val="24"/>
        </w:rPr>
        <w:t>END-USE STATEMENT (EUS)</w:t>
      </w:r>
      <w:r w:rsidR="00847373" w:rsidRPr="005A5448">
        <w:rPr>
          <w:rStyle w:val="Rimandonotaapidipagina"/>
          <w:rFonts w:ascii="Times New Roman" w:hAnsi="Times New Roman" w:cs="Times New Roman"/>
          <w:color w:val="auto"/>
          <w:sz w:val="24"/>
          <w:szCs w:val="24"/>
        </w:rPr>
        <w:footnoteReference w:id="1"/>
      </w:r>
    </w:p>
    <w:p w14:paraId="207433A9" w14:textId="77777777" w:rsidR="00847373" w:rsidRPr="005A5448" w:rsidRDefault="00847373">
      <w:pPr>
        <w:rPr>
          <w:rFonts w:ascii="Times New Roman" w:hAnsi="Times New Roman" w:cs="Times New Roman"/>
          <w:b/>
          <w:sz w:val="24"/>
          <w:szCs w:val="24"/>
        </w:rPr>
      </w:pPr>
    </w:p>
    <w:p w14:paraId="376FB87E" w14:textId="00002410" w:rsidR="00124870" w:rsidRPr="005A5448" w:rsidRDefault="00000000">
      <w:pPr>
        <w:rPr>
          <w:rFonts w:ascii="Times New Roman" w:hAnsi="Times New Roman" w:cs="Times New Roman"/>
          <w:sz w:val="24"/>
          <w:szCs w:val="24"/>
        </w:rPr>
      </w:pPr>
      <w:r w:rsidRPr="005A5448">
        <w:rPr>
          <w:rFonts w:ascii="Times New Roman" w:hAnsi="Times New Roman" w:cs="Times New Roman"/>
          <w:b/>
          <w:sz w:val="24"/>
          <w:szCs w:val="24"/>
        </w:rPr>
        <w:t>Section A – Parties</w:t>
      </w:r>
    </w:p>
    <w:tbl>
      <w:tblPr>
        <w:tblStyle w:val="Grigliatabella"/>
        <w:tblW w:w="0" w:type="auto"/>
        <w:jc w:val="center"/>
        <w:tblLook w:val="04A0" w:firstRow="1" w:lastRow="0" w:firstColumn="1" w:lastColumn="0" w:noHBand="0" w:noVBand="1"/>
      </w:tblPr>
      <w:tblGrid>
        <w:gridCol w:w="5270"/>
        <w:gridCol w:w="5270"/>
      </w:tblGrid>
      <w:tr w:rsidR="00124870" w:rsidRPr="005A5448" w14:paraId="4C8736E5" w14:textId="77777777">
        <w:trPr>
          <w:jc w:val="center"/>
        </w:trPr>
        <w:tc>
          <w:tcPr>
            <w:tcW w:w="5270" w:type="dxa"/>
          </w:tcPr>
          <w:p w14:paraId="54059735" w14:textId="0C8C2834"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t>Name of End User</w:t>
            </w:r>
            <w:r w:rsidR="00847373" w:rsidRPr="005A5448">
              <w:rPr>
                <w:rStyle w:val="Rimandonotaapidipagina"/>
                <w:rFonts w:ascii="Times New Roman" w:hAnsi="Times New Roman" w:cs="Times New Roman"/>
                <w:sz w:val="24"/>
                <w:szCs w:val="24"/>
              </w:rPr>
              <w:footnoteReference w:id="2"/>
            </w:r>
            <w:r w:rsidRPr="005A5448">
              <w:rPr>
                <w:rFonts w:ascii="Times New Roman" w:hAnsi="Times New Roman" w:cs="Times New Roman"/>
                <w:sz w:val="24"/>
                <w:szCs w:val="24"/>
              </w:rPr>
              <w:br/>
            </w:r>
            <w:r w:rsidRPr="005A5448">
              <w:rPr>
                <w:rFonts w:ascii="Times New Roman" w:hAnsi="Times New Roman" w:cs="Times New Roman"/>
                <w:sz w:val="24"/>
                <w:szCs w:val="24"/>
              </w:rPr>
              <w:br/>
            </w:r>
          </w:p>
        </w:tc>
        <w:tc>
          <w:tcPr>
            <w:tcW w:w="5270" w:type="dxa"/>
          </w:tcPr>
          <w:p w14:paraId="7586B97F" w14:textId="7777777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t>Registered Office of End User</w:t>
            </w:r>
            <w:r w:rsidRPr="005A5448">
              <w:rPr>
                <w:rFonts w:ascii="Times New Roman" w:hAnsi="Times New Roman" w:cs="Times New Roman"/>
                <w:sz w:val="24"/>
                <w:szCs w:val="24"/>
              </w:rPr>
              <w:br/>
            </w:r>
            <w:r w:rsidRPr="005A5448">
              <w:rPr>
                <w:rFonts w:ascii="Times New Roman" w:hAnsi="Times New Roman" w:cs="Times New Roman"/>
                <w:sz w:val="24"/>
                <w:szCs w:val="24"/>
              </w:rPr>
              <w:br/>
            </w:r>
          </w:p>
        </w:tc>
      </w:tr>
      <w:tr w:rsidR="00124870" w:rsidRPr="005A5448" w14:paraId="2F913E75" w14:textId="77777777">
        <w:trPr>
          <w:jc w:val="center"/>
        </w:trPr>
        <w:tc>
          <w:tcPr>
            <w:tcW w:w="10540" w:type="dxa"/>
            <w:gridSpan w:val="2"/>
          </w:tcPr>
          <w:p w14:paraId="7A51CF79" w14:textId="7777777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t>Business sector(s) of End User</w:t>
            </w:r>
            <w:r w:rsidRPr="005A5448">
              <w:rPr>
                <w:rFonts w:ascii="Times New Roman" w:hAnsi="Times New Roman" w:cs="Times New Roman"/>
                <w:sz w:val="24"/>
                <w:szCs w:val="24"/>
              </w:rPr>
              <w:br/>
            </w:r>
            <w:r w:rsidRPr="005A5448">
              <w:rPr>
                <w:rFonts w:ascii="Times New Roman" w:hAnsi="Times New Roman" w:cs="Times New Roman"/>
                <w:sz w:val="24"/>
                <w:szCs w:val="24"/>
              </w:rPr>
              <w:br/>
            </w:r>
            <w:r w:rsidRPr="005A5448">
              <w:rPr>
                <w:rFonts w:ascii="Times New Roman" w:hAnsi="Times New Roman" w:cs="Times New Roman"/>
                <w:sz w:val="24"/>
                <w:szCs w:val="24"/>
              </w:rPr>
              <w:br/>
            </w:r>
          </w:p>
        </w:tc>
      </w:tr>
      <w:tr w:rsidR="00124870" w:rsidRPr="005A5448" w14:paraId="4C0F5A32" w14:textId="77777777">
        <w:trPr>
          <w:jc w:val="center"/>
        </w:trPr>
        <w:tc>
          <w:tcPr>
            <w:tcW w:w="10540" w:type="dxa"/>
            <w:gridSpan w:val="2"/>
          </w:tcPr>
          <w:p w14:paraId="7215DEC0" w14:textId="7777777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t>The end user is affiliated with or connected to government, defense or security institutions.</w:t>
            </w:r>
            <w:r w:rsidRPr="005A5448">
              <w:rPr>
                <w:rFonts w:ascii="Times New Roman" w:hAnsi="Times New Roman" w:cs="Times New Roman"/>
                <w:sz w:val="24"/>
                <w:szCs w:val="24"/>
              </w:rPr>
              <w:br/>
            </w:r>
            <w:r w:rsidRPr="005A5448">
              <w:rPr>
                <w:rFonts w:ascii="Times New Roman" w:hAnsi="Times New Roman" w:cs="Times New Roman"/>
                <w:sz w:val="24"/>
                <w:szCs w:val="24"/>
              </w:rPr>
              <w:br/>
            </w:r>
            <w:r w:rsidRPr="005A5448">
              <w:rPr>
                <w:rFonts w:ascii="Segoe UI Symbol" w:hAnsi="Segoe UI Symbol" w:cs="Segoe UI Symbol"/>
                <w:sz w:val="24"/>
                <w:szCs w:val="24"/>
              </w:rPr>
              <w:t>☐</w:t>
            </w:r>
            <w:r w:rsidRPr="005A5448">
              <w:rPr>
                <w:rFonts w:ascii="Times New Roman" w:hAnsi="Times New Roman" w:cs="Times New Roman"/>
                <w:sz w:val="24"/>
                <w:szCs w:val="24"/>
              </w:rPr>
              <w:t xml:space="preserve"> Yes</w:t>
            </w:r>
            <w:r w:rsidRPr="005A5448">
              <w:rPr>
                <w:rFonts w:ascii="Times New Roman" w:hAnsi="Times New Roman" w:cs="Times New Roman"/>
                <w:sz w:val="24"/>
                <w:szCs w:val="24"/>
              </w:rPr>
              <w:br/>
            </w:r>
            <w:r w:rsidRPr="005A5448">
              <w:rPr>
                <w:rFonts w:ascii="Segoe UI Symbol" w:hAnsi="Segoe UI Symbol" w:cs="Segoe UI Symbol"/>
                <w:sz w:val="24"/>
                <w:szCs w:val="24"/>
              </w:rPr>
              <w:t>☐</w:t>
            </w:r>
            <w:r w:rsidRPr="005A5448">
              <w:rPr>
                <w:rFonts w:ascii="Times New Roman" w:hAnsi="Times New Roman" w:cs="Times New Roman"/>
                <w:sz w:val="24"/>
                <w:szCs w:val="24"/>
              </w:rPr>
              <w:t xml:space="preserve"> No</w:t>
            </w:r>
            <w:r w:rsidRPr="005A5448">
              <w:rPr>
                <w:rFonts w:ascii="Times New Roman" w:hAnsi="Times New Roman" w:cs="Times New Roman"/>
                <w:sz w:val="24"/>
                <w:szCs w:val="24"/>
              </w:rPr>
              <w:br/>
            </w:r>
            <w:r w:rsidRPr="005A5448">
              <w:rPr>
                <w:rFonts w:ascii="Times New Roman" w:hAnsi="Times New Roman" w:cs="Times New Roman"/>
                <w:sz w:val="24"/>
                <w:szCs w:val="24"/>
              </w:rPr>
              <w:br/>
            </w:r>
            <w:r w:rsidRPr="005A5448">
              <w:rPr>
                <w:rFonts w:ascii="Times New Roman" w:hAnsi="Times New Roman" w:cs="Times New Roman"/>
                <w:sz w:val="24"/>
                <w:szCs w:val="24"/>
              </w:rPr>
              <w:br/>
            </w:r>
          </w:p>
        </w:tc>
      </w:tr>
      <w:tr w:rsidR="00124870" w:rsidRPr="005A5448" w14:paraId="17D38B18" w14:textId="77777777">
        <w:trPr>
          <w:jc w:val="center"/>
        </w:trPr>
        <w:tc>
          <w:tcPr>
            <w:tcW w:w="5270" w:type="dxa"/>
          </w:tcPr>
          <w:p w14:paraId="43ECD23F" w14:textId="77777777" w:rsidR="00C83B74" w:rsidRDefault="00000000">
            <w:pPr>
              <w:rPr>
                <w:rFonts w:ascii="Times New Roman" w:hAnsi="Times New Roman" w:cs="Times New Roman"/>
                <w:sz w:val="24"/>
                <w:szCs w:val="24"/>
              </w:rPr>
            </w:pPr>
            <w:r w:rsidRPr="005A5448">
              <w:rPr>
                <w:rFonts w:ascii="Times New Roman" w:hAnsi="Times New Roman" w:cs="Times New Roman"/>
                <w:sz w:val="24"/>
                <w:szCs w:val="24"/>
              </w:rPr>
              <w:t>Name of Consignee</w:t>
            </w:r>
            <w:r w:rsidR="00847373" w:rsidRPr="005A5448">
              <w:rPr>
                <w:rStyle w:val="Rimandonotaapidipagina"/>
                <w:rFonts w:ascii="Times New Roman" w:hAnsi="Times New Roman" w:cs="Times New Roman"/>
                <w:sz w:val="24"/>
                <w:szCs w:val="24"/>
              </w:rPr>
              <w:footnoteReference w:id="3"/>
            </w:r>
            <w:r w:rsidRPr="005A5448">
              <w:rPr>
                <w:rFonts w:ascii="Times New Roman" w:hAnsi="Times New Roman" w:cs="Times New Roman"/>
                <w:sz w:val="24"/>
                <w:szCs w:val="24"/>
              </w:rPr>
              <w:br/>
            </w:r>
          </w:p>
          <w:p w14:paraId="0404001E" w14:textId="6FC3C1C0"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br/>
            </w:r>
          </w:p>
        </w:tc>
        <w:tc>
          <w:tcPr>
            <w:tcW w:w="5270" w:type="dxa"/>
          </w:tcPr>
          <w:p w14:paraId="28852B1C" w14:textId="7777777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t>Registered Office of Consignee</w:t>
            </w:r>
            <w:r w:rsidRPr="005A5448">
              <w:rPr>
                <w:rFonts w:ascii="Times New Roman" w:hAnsi="Times New Roman" w:cs="Times New Roman"/>
                <w:sz w:val="24"/>
                <w:szCs w:val="24"/>
              </w:rPr>
              <w:br/>
            </w:r>
            <w:r w:rsidRPr="005A5448">
              <w:rPr>
                <w:rFonts w:ascii="Times New Roman" w:hAnsi="Times New Roman" w:cs="Times New Roman"/>
                <w:sz w:val="24"/>
                <w:szCs w:val="24"/>
              </w:rPr>
              <w:br/>
            </w:r>
          </w:p>
        </w:tc>
      </w:tr>
      <w:tr w:rsidR="00124870" w:rsidRPr="005A5448" w14:paraId="45657448" w14:textId="77777777">
        <w:trPr>
          <w:jc w:val="center"/>
        </w:trPr>
        <w:tc>
          <w:tcPr>
            <w:tcW w:w="5270" w:type="dxa"/>
          </w:tcPr>
          <w:p w14:paraId="1A8BFD01" w14:textId="77777777" w:rsidR="00124870" w:rsidRDefault="00000000">
            <w:pPr>
              <w:rPr>
                <w:rFonts w:ascii="Times New Roman" w:hAnsi="Times New Roman" w:cs="Times New Roman"/>
                <w:sz w:val="24"/>
                <w:szCs w:val="24"/>
              </w:rPr>
            </w:pPr>
            <w:r w:rsidRPr="005A5448">
              <w:rPr>
                <w:rFonts w:ascii="Times New Roman" w:hAnsi="Times New Roman" w:cs="Times New Roman"/>
                <w:sz w:val="24"/>
                <w:szCs w:val="24"/>
              </w:rPr>
              <w:t>Name of Italian Company/Exporter</w:t>
            </w:r>
            <w:r w:rsidR="00847373" w:rsidRPr="005A5448">
              <w:rPr>
                <w:rStyle w:val="Rimandonotaapidipagina"/>
                <w:rFonts w:ascii="Times New Roman" w:hAnsi="Times New Roman" w:cs="Times New Roman"/>
                <w:sz w:val="24"/>
                <w:szCs w:val="24"/>
              </w:rPr>
              <w:footnoteReference w:id="4"/>
            </w:r>
            <w:r w:rsidRPr="005A5448">
              <w:rPr>
                <w:rFonts w:ascii="Times New Roman" w:hAnsi="Times New Roman" w:cs="Times New Roman"/>
                <w:sz w:val="24"/>
                <w:szCs w:val="24"/>
              </w:rPr>
              <w:br/>
            </w:r>
            <w:r w:rsidRPr="005A5448">
              <w:rPr>
                <w:rFonts w:ascii="Times New Roman" w:hAnsi="Times New Roman" w:cs="Times New Roman"/>
                <w:sz w:val="24"/>
                <w:szCs w:val="24"/>
              </w:rPr>
              <w:br/>
            </w:r>
          </w:p>
          <w:p w14:paraId="298BDADB" w14:textId="3DD4A06D" w:rsidR="00C83B74" w:rsidRPr="005A5448" w:rsidRDefault="00C83B74">
            <w:pPr>
              <w:rPr>
                <w:rFonts w:ascii="Times New Roman" w:hAnsi="Times New Roman" w:cs="Times New Roman"/>
                <w:sz w:val="24"/>
                <w:szCs w:val="24"/>
              </w:rPr>
            </w:pPr>
          </w:p>
        </w:tc>
        <w:tc>
          <w:tcPr>
            <w:tcW w:w="5270" w:type="dxa"/>
          </w:tcPr>
          <w:p w14:paraId="7557D3CE" w14:textId="7777777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t>Registered Office of Italian Company/Exporter</w:t>
            </w:r>
            <w:r w:rsidRPr="005A5448">
              <w:rPr>
                <w:rFonts w:ascii="Times New Roman" w:hAnsi="Times New Roman" w:cs="Times New Roman"/>
                <w:sz w:val="24"/>
                <w:szCs w:val="24"/>
              </w:rPr>
              <w:br/>
            </w:r>
            <w:r w:rsidRPr="005A5448">
              <w:rPr>
                <w:rFonts w:ascii="Times New Roman" w:hAnsi="Times New Roman" w:cs="Times New Roman"/>
                <w:sz w:val="24"/>
                <w:szCs w:val="24"/>
              </w:rPr>
              <w:br/>
            </w:r>
          </w:p>
        </w:tc>
      </w:tr>
    </w:tbl>
    <w:p w14:paraId="5D5DB53D" w14:textId="77777777" w:rsidR="005A5448" w:rsidRDefault="005A5448">
      <w:pPr>
        <w:rPr>
          <w:rFonts w:ascii="Times New Roman" w:hAnsi="Times New Roman" w:cs="Times New Roman"/>
          <w:b/>
          <w:sz w:val="24"/>
          <w:szCs w:val="24"/>
        </w:rPr>
      </w:pPr>
    </w:p>
    <w:p w14:paraId="602ABE1A" w14:textId="42D76C2C" w:rsidR="00124870" w:rsidRPr="005A5448" w:rsidRDefault="00000000">
      <w:pPr>
        <w:rPr>
          <w:rFonts w:ascii="Times New Roman" w:hAnsi="Times New Roman" w:cs="Times New Roman"/>
          <w:sz w:val="24"/>
          <w:szCs w:val="24"/>
        </w:rPr>
      </w:pPr>
      <w:r w:rsidRPr="005A5448">
        <w:rPr>
          <w:rFonts w:ascii="Times New Roman" w:hAnsi="Times New Roman" w:cs="Times New Roman"/>
          <w:b/>
          <w:sz w:val="24"/>
          <w:szCs w:val="24"/>
        </w:rPr>
        <w:t>Section B – Items</w:t>
      </w:r>
    </w:p>
    <w:tbl>
      <w:tblPr>
        <w:tblStyle w:val="Grigliatabella"/>
        <w:tblW w:w="0" w:type="auto"/>
        <w:tblLook w:val="04A0" w:firstRow="1" w:lastRow="0" w:firstColumn="1" w:lastColumn="0" w:noHBand="0" w:noVBand="1"/>
      </w:tblPr>
      <w:tblGrid>
        <w:gridCol w:w="3513"/>
        <w:gridCol w:w="1757"/>
        <w:gridCol w:w="1756"/>
        <w:gridCol w:w="3514"/>
      </w:tblGrid>
      <w:tr w:rsidR="00124870" w:rsidRPr="005A5448" w14:paraId="562A222C" w14:textId="77777777" w:rsidTr="00C83B74">
        <w:tc>
          <w:tcPr>
            <w:tcW w:w="3513" w:type="dxa"/>
          </w:tcPr>
          <w:p w14:paraId="62CBE461" w14:textId="34246BB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t>Description of items</w:t>
            </w:r>
            <w:r w:rsidR="00847373" w:rsidRPr="005A5448">
              <w:rPr>
                <w:rStyle w:val="Rimandonotaapidipagina"/>
                <w:rFonts w:ascii="Times New Roman" w:hAnsi="Times New Roman" w:cs="Times New Roman"/>
                <w:sz w:val="24"/>
                <w:szCs w:val="24"/>
              </w:rPr>
              <w:footnoteReference w:id="5"/>
            </w:r>
          </w:p>
        </w:tc>
        <w:tc>
          <w:tcPr>
            <w:tcW w:w="3513" w:type="dxa"/>
            <w:gridSpan w:val="2"/>
          </w:tcPr>
          <w:p w14:paraId="43053D85" w14:textId="7777777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t>Quantity</w:t>
            </w:r>
          </w:p>
        </w:tc>
        <w:tc>
          <w:tcPr>
            <w:tcW w:w="3514" w:type="dxa"/>
          </w:tcPr>
          <w:p w14:paraId="3B1600D1" w14:textId="7777777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t>Value and currency</w:t>
            </w:r>
          </w:p>
        </w:tc>
      </w:tr>
      <w:tr w:rsidR="00124870" w:rsidRPr="005A5448" w14:paraId="5A72367B" w14:textId="77777777" w:rsidTr="00C83B74">
        <w:tc>
          <w:tcPr>
            <w:tcW w:w="3513" w:type="dxa"/>
          </w:tcPr>
          <w:p w14:paraId="687C02F7" w14:textId="77777777" w:rsidR="00C83B74" w:rsidRDefault="00C83B74">
            <w:pPr>
              <w:rPr>
                <w:rFonts w:ascii="Times New Roman" w:hAnsi="Times New Roman" w:cs="Times New Roman"/>
                <w:sz w:val="24"/>
                <w:szCs w:val="24"/>
              </w:rPr>
            </w:pPr>
          </w:p>
          <w:p w14:paraId="2998BD27" w14:textId="77777777" w:rsidR="00C83B74" w:rsidRDefault="00C83B74">
            <w:pPr>
              <w:rPr>
                <w:rFonts w:ascii="Times New Roman" w:hAnsi="Times New Roman" w:cs="Times New Roman"/>
                <w:sz w:val="24"/>
                <w:szCs w:val="24"/>
              </w:rPr>
            </w:pPr>
          </w:p>
          <w:p w14:paraId="296DE06E" w14:textId="0A2431D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br/>
            </w:r>
          </w:p>
        </w:tc>
        <w:tc>
          <w:tcPr>
            <w:tcW w:w="3513" w:type="dxa"/>
            <w:gridSpan w:val="2"/>
          </w:tcPr>
          <w:p w14:paraId="7747ABC2" w14:textId="7777777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br/>
            </w:r>
          </w:p>
        </w:tc>
        <w:tc>
          <w:tcPr>
            <w:tcW w:w="3514" w:type="dxa"/>
          </w:tcPr>
          <w:p w14:paraId="13951C7A" w14:textId="7777777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br/>
            </w:r>
          </w:p>
        </w:tc>
      </w:tr>
      <w:tr w:rsidR="00124870" w:rsidRPr="005A5448" w14:paraId="2F02AFE1" w14:textId="77777777" w:rsidTr="00C83B74">
        <w:tc>
          <w:tcPr>
            <w:tcW w:w="3513" w:type="dxa"/>
          </w:tcPr>
          <w:p w14:paraId="25F5B632" w14:textId="77777777" w:rsidR="00124870" w:rsidRDefault="00124870">
            <w:pPr>
              <w:rPr>
                <w:rFonts w:ascii="Times New Roman" w:hAnsi="Times New Roman" w:cs="Times New Roman"/>
                <w:sz w:val="24"/>
                <w:szCs w:val="24"/>
              </w:rPr>
            </w:pPr>
          </w:p>
          <w:p w14:paraId="71BA44D9" w14:textId="77777777" w:rsidR="00C83B74" w:rsidRDefault="00C83B74">
            <w:pPr>
              <w:rPr>
                <w:rFonts w:ascii="Times New Roman" w:hAnsi="Times New Roman" w:cs="Times New Roman"/>
                <w:sz w:val="24"/>
                <w:szCs w:val="24"/>
              </w:rPr>
            </w:pPr>
          </w:p>
          <w:p w14:paraId="4710E84B" w14:textId="77777777" w:rsidR="00C83B74" w:rsidRDefault="00C83B74">
            <w:pPr>
              <w:rPr>
                <w:rFonts w:ascii="Times New Roman" w:hAnsi="Times New Roman" w:cs="Times New Roman"/>
                <w:sz w:val="24"/>
                <w:szCs w:val="24"/>
              </w:rPr>
            </w:pPr>
          </w:p>
          <w:p w14:paraId="3537D687" w14:textId="564758BD" w:rsidR="00C83B74" w:rsidRPr="005A5448" w:rsidRDefault="00C83B74">
            <w:pPr>
              <w:rPr>
                <w:rFonts w:ascii="Times New Roman" w:hAnsi="Times New Roman" w:cs="Times New Roman"/>
                <w:sz w:val="24"/>
                <w:szCs w:val="24"/>
              </w:rPr>
            </w:pPr>
          </w:p>
        </w:tc>
        <w:tc>
          <w:tcPr>
            <w:tcW w:w="3513" w:type="dxa"/>
            <w:gridSpan w:val="2"/>
          </w:tcPr>
          <w:p w14:paraId="3A2DC997" w14:textId="34B31C09" w:rsidR="00124870" w:rsidRPr="005A5448" w:rsidRDefault="00124870">
            <w:pPr>
              <w:rPr>
                <w:rFonts w:ascii="Times New Roman" w:hAnsi="Times New Roman" w:cs="Times New Roman"/>
                <w:sz w:val="24"/>
                <w:szCs w:val="24"/>
              </w:rPr>
            </w:pPr>
          </w:p>
        </w:tc>
        <w:tc>
          <w:tcPr>
            <w:tcW w:w="3514" w:type="dxa"/>
          </w:tcPr>
          <w:p w14:paraId="099B89D0" w14:textId="43231A42" w:rsidR="00124870" w:rsidRPr="005A5448" w:rsidRDefault="00124870">
            <w:pPr>
              <w:rPr>
                <w:rFonts w:ascii="Times New Roman" w:hAnsi="Times New Roman" w:cs="Times New Roman"/>
                <w:sz w:val="24"/>
                <w:szCs w:val="24"/>
              </w:rPr>
            </w:pPr>
          </w:p>
        </w:tc>
      </w:tr>
      <w:tr w:rsidR="00124870" w:rsidRPr="005A5448" w14:paraId="06B9BFD6" w14:textId="77777777">
        <w:tc>
          <w:tcPr>
            <w:tcW w:w="5270" w:type="dxa"/>
            <w:gridSpan w:val="2"/>
          </w:tcPr>
          <w:p w14:paraId="152210E0" w14:textId="7777777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t>Place, Date</w:t>
            </w:r>
            <w:r w:rsidRPr="005A5448">
              <w:rPr>
                <w:rFonts w:ascii="Times New Roman" w:hAnsi="Times New Roman" w:cs="Times New Roman"/>
                <w:sz w:val="24"/>
                <w:szCs w:val="24"/>
              </w:rPr>
              <w:br/>
            </w:r>
            <w:r w:rsidRPr="005A5448">
              <w:rPr>
                <w:rFonts w:ascii="Times New Roman" w:hAnsi="Times New Roman" w:cs="Times New Roman"/>
                <w:sz w:val="24"/>
                <w:szCs w:val="24"/>
              </w:rPr>
              <w:br/>
            </w:r>
          </w:p>
        </w:tc>
        <w:tc>
          <w:tcPr>
            <w:tcW w:w="5270" w:type="dxa"/>
            <w:gridSpan w:val="2"/>
          </w:tcPr>
          <w:p w14:paraId="56EE1573" w14:textId="586DA589"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t>Original handwritten signature of the end-user’s authorized representative</w:t>
            </w:r>
            <w:r w:rsidR="005A5448" w:rsidRPr="005A5448">
              <w:rPr>
                <w:rStyle w:val="Rimandonotaapidipagina"/>
                <w:rFonts w:ascii="Times New Roman" w:hAnsi="Times New Roman" w:cs="Times New Roman"/>
                <w:sz w:val="24"/>
                <w:szCs w:val="24"/>
              </w:rPr>
              <w:footnoteReference w:id="6"/>
            </w:r>
            <w:r w:rsidRPr="005A5448">
              <w:rPr>
                <w:rFonts w:ascii="Times New Roman" w:hAnsi="Times New Roman" w:cs="Times New Roman"/>
                <w:sz w:val="24"/>
                <w:szCs w:val="24"/>
              </w:rPr>
              <w:br/>
            </w:r>
            <w:r w:rsidRPr="005A5448">
              <w:rPr>
                <w:rFonts w:ascii="Times New Roman" w:hAnsi="Times New Roman" w:cs="Times New Roman"/>
                <w:sz w:val="24"/>
                <w:szCs w:val="24"/>
              </w:rPr>
              <w:br/>
            </w:r>
          </w:p>
        </w:tc>
      </w:tr>
      <w:tr w:rsidR="00124870" w:rsidRPr="005A5448" w14:paraId="105DC5A1" w14:textId="77777777">
        <w:tc>
          <w:tcPr>
            <w:tcW w:w="5270" w:type="dxa"/>
            <w:gridSpan w:val="2"/>
          </w:tcPr>
          <w:p w14:paraId="4749DB77" w14:textId="77777777" w:rsidR="00C83B74" w:rsidRDefault="00000000">
            <w:pPr>
              <w:rPr>
                <w:rFonts w:ascii="Times New Roman" w:hAnsi="Times New Roman" w:cs="Times New Roman"/>
                <w:sz w:val="24"/>
                <w:szCs w:val="24"/>
              </w:rPr>
            </w:pPr>
            <w:r w:rsidRPr="005A5448">
              <w:rPr>
                <w:rFonts w:ascii="Times New Roman" w:hAnsi="Times New Roman" w:cs="Times New Roman"/>
                <w:sz w:val="24"/>
                <w:szCs w:val="24"/>
              </w:rPr>
              <w:t>Company stamp/Official seal</w:t>
            </w:r>
            <w:r w:rsidRPr="005A5448">
              <w:rPr>
                <w:rFonts w:ascii="Times New Roman" w:hAnsi="Times New Roman" w:cs="Times New Roman"/>
                <w:sz w:val="24"/>
                <w:szCs w:val="24"/>
              </w:rPr>
              <w:br/>
            </w:r>
          </w:p>
          <w:p w14:paraId="1F012D2A" w14:textId="7871F82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br/>
            </w:r>
          </w:p>
        </w:tc>
        <w:tc>
          <w:tcPr>
            <w:tcW w:w="5270" w:type="dxa"/>
            <w:gridSpan w:val="2"/>
          </w:tcPr>
          <w:p w14:paraId="0B2E757C" w14:textId="7777777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t>Name and title (in capital letters)</w:t>
            </w:r>
            <w:r w:rsidRPr="005A5448">
              <w:rPr>
                <w:rFonts w:ascii="Times New Roman" w:hAnsi="Times New Roman" w:cs="Times New Roman"/>
                <w:sz w:val="24"/>
                <w:szCs w:val="24"/>
              </w:rPr>
              <w:br/>
            </w:r>
            <w:r w:rsidRPr="005A5448">
              <w:rPr>
                <w:rFonts w:ascii="Times New Roman" w:hAnsi="Times New Roman" w:cs="Times New Roman"/>
                <w:sz w:val="24"/>
                <w:szCs w:val="24"/>
              </w:rPr>
              <w:br/>
            </w:r>
          </w:p>
        </w:tc>
      </w:tr>
    </w:tbl>
    <w:p w14:paraId="425EC1B8" w14:textId="77777777" w:rsidR="005A5448" w:rsidRDefault="005A5448">
      <w:pPr>
        <w:rPr>
          <w:rFonts w:ascii="Times New Roman" w:hAnsi="Times New Roman" w:cs="Times New Roman"/>
          <w:b/>
          <w:sz w:val="24"/>
          <w:szCs w:val="24"/>
        </w:rPr>
      </w:pPr>
    </w:p>
    <w:p w14:paraId="78737213" w14:textId="6EFEDC85" w:rsidR="00124870" w:rsidRPr="005A5448" w:rsidRDefault="00000000">
      <w:pPr>
        <w:rPr>
          <w:rFonts w:ascii="Times New Roman" w:hAnsi="Times New Roman" w:cs="Times New Roman"/>
          <w:sz w:val="24"/>
          <w:szCs w:val="24"/>
        </w:rPr>
      </w:pPr>
      <w:r w:rsidRPr="005A5448">
        <w:rPr>
          <w:rFonts w:ascii="Times New Roman" w:hAnsi="Times New Roman" w:cs="Times New Roman"/>
          <w:b/>
          <w:sz w:val="24"/>
          <w:szCs w:val="24"/>
        </w:rPr>
        <w:t>Section C – Contract</w:t>
      </w:r>
    </w:p>
    <w:tbl>
      <w:tblPr>
        <w:tblStyle w:val="Grigliatabella"/>
        <w:tblW w:w="0" w:type="auto"/>
        <w:tblLook w:val="04A0" w:firstRow="1" w:lastRow="0" w:firstColumn="1" w:lastColumn="0" w:noHBand="0" w:noVBand="1"/>
      </w:tblPr>
      <w:tblGrid>
        <w:gridCol w:w="10540"/>
      </w:tblGrid>
      <w:tr w:rsidR="00124870" w:rsidRPr="005A5448" w14:paraId="236490C0" w14:textId="77777777">
        <w:tc>
          <w:tcPr>
            <w:tcW w:w="10540" w:type="dxa"/>
          </w:tcPr>
          <w:p w14:paraId="18C15A23" w14:textId="77777777" w:rsidR="00C83B74" w:rsidRDefault="00000000">
            <w:pPr>
              <w:rPr>
                <w:rFonts w:ascii="Times New Roman" w:hAnsi="Times New Roman" w:cs="Times New Roman"/>
                <w:sz w:val="24"/>
                <w:szCs w:val="24"/>
              </w:rPr>
            </w:pPr>
            <w:r w:rsidRPr="005A5448">
              <w:rPr>
                <w:rFonts w:ascii="Times New Roman" w:hAnsi="Times New Roman" w:cs="Times New Roman"/>
                <w:sz w:val="24"/>
                <w:szCs w:val="24"/>
              </w:rPr>
              <w:t>Contract (or purchase order) number</w:t>
            </w:r>
            <w:r w:rsidRPr="005A5448">
              <w:rPr>
                <w:rFonts w:ascii="Times New Roman" w:hAnsi="Times New Roman" w:cs="Times New Roman"/>
                <w:sz w:val="24"/>
                <w:szCs w:val="24"/>
              </w:rPr>
              <w:br/>
            </w:r>
          </w:p>
          <w:p w14:paraId="7FEC32C4" w14:textId="46C1ED81"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br/>
            </w:r>
          </w:p>
        </w:tc>
      </w:tr>
      <w:tr w:rsidR="00124870" w:rsidRPr="005A5448" w14:paraId="1CC5A0B0" w14:textId="77777777">
        <w:tc>
          <w:tcPr>
            <w:tcW w:w="10540" w:type="dxa"/>
          </w:tcPr>
          <w:p w14:paraId="727B7E4D" w14:textId="77777777" w:rsidR="00C83B74" w:rsidRDefault="00000000">
            <w:pPr>
              <w:rPr>
                <w:rFonts w:ascii="Times New Roman" w:hAnsi="Times New Roman" w:cs="Times New Roman"/>
                <w:sz w:val="24"/>
                <w:szCs w:val="24"/>
              </w:rPr>
            </w:pPr>
            <w:r w:rsidRPr="005A5448">
              <w:rPr>
                <w:rFonts w:ascii="Times New Roman" w:hAnsi="Times New Roman" w:cs="Times New Roman"/>
                <w:sz w:val="24"/>
                <w:szCs w:val="24"/>
              </w:rPr>
              <w:t>Date of the above document</w:t>
            </w:r>
            <w:r w:rsidRPr="005A5448">
              <w:rPr>
                <w:rFonts w:ascii="Times New Roman" w:hAnsi="Times New Roman" w:cs="Times New Roman"/>
                <w:sz w:val="24"/>
                <w:szCs w:val="24"/>
              </w:rPr>
              <w:br/>
            </w:r>
          </w:p>
          <w:p w14:paraId="6411DFDA" w14:textId="4CABB63F"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br/>
            </w:r>
          </w:p>
        </w:tc>
      </w:tr>
    </w:tbl>
    <w:p w14:paraId="06D2667E" w14:textId="77777777" w:rsidR="005A5448" w:rsidRDefault="005A5448">
      <w:pPr>
        <w:rPr>
          <w:rFonts w:ascii="Times New Roman" w:hAnsi="Times New Roman" w:cs="Times New Roman"/>
          <w:b/>
          <w:sz w:val="24"/>
          <w:szCs w:val="24"/>
        </w:rPr>
      </w:pPr>
    </w:p>
    <w:p w14:paraId="64B24864" w14:textId="483A7CCC" w:rsidR="00124870" w:rsidRPr="005A5448" w:rsidRDefault="00000000">
      <w:pPr>
        <w:rPr>
          <w:rFonts w:ascii="Times New Roman" w:hAnsi="Times New Roman" w:cs="Times New Roman"/>
          <w:sz w:val="24"/>
          <w:szCs w:val="24"/>
        </w:rPr>
      </w:pPr>
      <w:r w:rsidRPr="005A5448">
        <w:rPr>
          <w:rFonts w:ascii="Times New Roman" w:hAnsi="Times New Roman" w:cs="Times New Roman"/>
          <w:b/>
          <w:sz w:val="24"/>
          <w:szCs w:val="24"/>
        </w:rPr>
        <w:t>Section D – End Use</w:t>
      </w:r>
    </w:p>
    <w:tbl>
      <w:tblPr>
        <w:tblStyle w:val="Grigliatabella"/>
        <w:tblW w:w="0" w:type="auto"/>
        <w:tblLook w:val="04A0" w:firstRow="1" w:lastRow="0" w:firstColumn="1" w:lastColumn="0" w:noHBand="0" w:noVBand="1"/>
      </w:tblPr>
      <w:tblGrid>
        <w:gridCol w:w="5270"/>
        <w:gridCol w:w="5270"/>
      </w:tblGrid>
      <w:tr w:rsidR="00124870" w:rsidRPr="005A5448" w14:paraId="00CDFE7E" w14:textId="77777777">
        <w:tc>
          <w:tcPr>
            <w:tcW w:w="10540" w:type="dxa"/>
            <w:gridSpan w:val="2"/>
          </w:tcPr>
          <w:p w14:paraId="29083993" w14:textId="77777777" w:rsidR="00C83B74" w:rsidRDefault="00000000">
            <w:pPr>
              <w:rPr>
                <w:rFonts w:ascii="Times New Roman" w:hAnsi="Times New Roman" w:cs="Times New Roman"/>
                <w:sz w:val="24"/>
                <w:szCs w:val="24"/>
              </w:rPr>
            </w:pPr>
            <w:r w:rsidRPr="005A5448">
              <w:rPr>
                <w:rFonts w:ascii="Times New Roman" w:hAnsi="Times New Roman" w:cs="Times New Roman"/>
                <w:sz w:val="24"/>
                <w:szCs w:val="24"/>
              </w:rPr>
              <w:t>Please set out in detail the specific purposes for which the items listed in Section B are to be used</w:t>
            </w:r>
            <w:r w:rsidR="00847373" w:rsidRPr="005A5448">
              <w:rPr>
                <w:rStyle w:val="Rimandonotaapidipagina"/>
                <w:rFonts w:ascii="Times New Roman" w:hAnsi="Times New Roman" w:cs="Times New Roman"/>
                <w:sz w:val="24"/>
                <w:szCs w:val="24"/>
              </w:rPr>
              <w:footnoteReference w:id="7"/>
            </w:r>
            <w:r w:rsidRPr="005A5448">
              <w:rPr>
                <w:rFonts w:ascii="Times New Roman" w:hAnsi="Times New Roman" w:cs="Times New Roman"/>
                <w:sz w:val="24"/>
                <w:szCs w:val="24"/>
              </w:rPr>
              <w:br/>
            </w:r>
            <w:r w:rsidRPr="005A5448">
              <w:rPr>
                <w:rFonts w:ascii="Times New Roman" w:hAnsi="Times New Roman" w:cs="Times New Roman"/>
                <w:sz w:val="24"/>
                <w:szCs w:val="24"/>
              </w:rPr>
              <w:br/>
            </w:r>
          </w:p>
          <w:p w14:paraId="269016F8" w14:textId="06A95400"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br/>
            </w:r>
            <w:r w:rsidRPr="005A5448">
              <w:rPr>
                <w:rFonts w:ascii="Times New Roman" w:hAnsi="Times New Roman" w:cs="Times New Roman"/>
                <w:sz w:val="24"/>
                <w:szCs w:val="24"/>
              </w:rPr>
              <w:br/>
            </w:r>
          </w:p>
        </w:tc>
      </w:tr>
      <w:tr w:rsidR="00124870" w:rsidRPr="005A5448" w14:paraId="5AAB7D8E" w14:textId="77777777">
        <w:tc>
          <w:tcPr>
            <w:tcW w:w="10540" w:type="dxa"/>
            <w:gridSpan w:val="2"/>
          </w:tcPr>
          <w:p w14:paraId="79A8C571" w14:textId="7777777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t>The items listed in Section B are assigned for:</w:t>
            </w:r>
            <w:r w:rsidRPr="005A5448">
              <w:rPr>
                <w:rFonts w:ascii="Times New Roman" w:hAnsi="Times New Roman" w:cs="Times New Roman"/>
                <w:sz w:val="24"/>
                <w:szCs w:val="24"/>
              </w:rPr>
              <w:br/>
            </w:r>
            <w:r w:rsidRPr="005A5448">
              <w:rPr>
                <w:rFonts w:ascii="Segoe UI Symbol" w:hAnsi="Segoe UI Symbol" w:cs="Segoe UI Symbol"/>
                <w:sz w:val="24"/>
                <w:szCs w:val="24"/>
              </w:rPr>
              <w:t>☐</w:t>
            </w:r>
            <w:r w:rsidRPr="005A5448">
              <w:rPr>
                <w:rFonts w:ascii="Times New Roman" w:hAnsi="Times New Roman" w:cs="Times New Roman"/>
                <w:sz w:val="24"/>
                <w:szCs w:val="24"/>
              </w:rPr>
              <w:t xml:space="preserve"> Civil purposes</w:t>
            </w:r>
            <w:r w:rsidRPr="005A5448">
              <w:rPr>
                <w:rFonts w:ascii="Times New Roman" w:hAnsi="Times New Roman" w:cs="Times New Roman"/>
                <w:sz w:val="24"/>
                <w:szCs w:val="24"/>
              </w:rPr>
              <w:br/>
            </w:r>
            <w:r w:rsidRPr="005A5448">
              <w:rPr>
                <w:rFonts w:ascii="Segoe UI Symbol" w:hAnsi="Segoe UI Symbol" w:cs="Segoe UI Symbol"/>
                <w:sz w:val="24"/>
                <w:szCs w:val="24"/>
              </w:rPr>
              <w:t>☐</w:t>
            </w:r>
            <w:r w:rsidRPr="005A5448">
              <w:rPr>
                <w:rFonts w:ascii="Times New Roman" w:hAnsi="Times New Roman" w:cs="Times New Roman"/>
                <w:sz w:val="24"/>
                <w:szCs w:val="24"/>
              </w:rPr>
              <w:t xml:space="preserve"> Military purposes</w:t>
            </w:r>
            <w:r w:rsidRPr="005A5448">
              <w:rPr>
                <w:rFonts w:ascii="Times New Roman" w:hAnsi="Times New Roman" w:cs="Times New Roman"/>
                <w:sz w:val="24"/>
                <w:szCs w:val="24"/>
              </w:rPr>
              <w:br/>
            </w:r>
            <w:r w:rsidRPr="005A5448">
              <w:rPr>
                <w:rFonts w:ascii="Segoe UI Symbol" w:hAnsi="Segoe UI Symbol" w:cs="Segoe UI Symbol"/>
                <w:sz w:val="24"/>
                <w:szCs w:val="24"/>
              </w:rPr>
              <w:t>☐</w:t>
            </w:r>
            <w:r w:rsidRPr="005A5448">
              <w:rPr>
                <w:rFonts w:ascii="Times New Roman" w:hAnsi="Times New Roman" w:cs="Times New Roman"/>
                <w:sz w:val="24"/>
                <w:szCs w:val="24"/>
              </w:rPr>
              <w:t xml:space="preserve"> Both</w:t>
            </w:r>
          </w:p>
        </w:tc>
      </w:tr>
      <w:tr w:rsidR="00124870" w:rsidRPr="005A5448" w14:paraId="1981E4CD" w14:textId="77777777">
        <w:tc>
          <w:tcPr>
            <w:tcW w:w="10540" w:type="dxa"/>
            <w:gridSpan w:val="2"/>
          </w:tcPr>
          <w:p w14:paraId="73F6C299" w14:textId="77777777" w:rsidR="00C83B74" w:rsidRDefault="00000000">
            <w:pPr>
              <w:rPr>
                <w:rFonts w:ascii="Times New Roman" w:hAnsi="Times New Roman" w:cs="Times New Roman"/>
                <w:sz w:val="24"/>
                <w:szCs w:val="24"/>
              </w:rPr>
            </w:pPr>
            <w:r w:rsidRPr="005A5448">
              <w:rPr>
                <w:rFonts w:ascii="Times New Roman" w:hAnsi="Times New Roman" w:cs="Times New Roman"/>
                <w:sz w:val="24"/>
                <w:szCs w:val="24"/>
              </w:rPr>
              <w:t>The items listed in Section B will be used at (physical address and country)</w:t>
            </w:r>
            <w:r w:rsidR="00847373" w:rsidRPr="005A5448">
              <w:rPr>
                <w:rStyle w:val="Rimandonotaapidipagina"/>
                <w:rFonts w:ascii="Times New Roman" w:hAnsi="Times New Roman" w:cs="Times New Roman"/>
                <w:sz w:val="24"/>
                <w:szCs w:val="24"/>
              </w:rPr>
              <w:footnoteReference w:id="8"/>
            </w:r>
            <w:r w:rsidRPr="005A5448">
              <w:rPr>
                <w:rFonts w:ascii="Times New Roman" w:hAnsi="Times New Roman" w:cs="Times New Roman"/>
                <w:sz w:val="24"/>
                <w:szCs w:val="24"/>
              </w:rPr>
              <w:br/>
            </w:r>
          </w:p>
          <w:p w14:paraId="5B5A977C" w14:textId="77777777" w:rsidR="00C83B74" w:rsidRDefault="00C83B74">
            <w:pPr>
              <w:rPr>
                <w:rFonts w:ascii="Times New Roman" w:hAnsi="Times New Roman" w:cs="Times New Roman"/>
                <w:sz w:val="24"/>
                <w:szCs w:val="24"/>
              </w:rPr>
            </w:pPr>
          </w:p>
          <w:p w14:paraId="44333DA2" w14:textId="77777777" w:rsidR="00C83B74" w:rsidRDefault="00C83B74">
            <w:pPr>
              <w:rPr>
                <w:rFonts w:ascii="Times New Roman" w:hAnsi="Times New Roman" w:cs="Times New Roman"/>
                <w:sz w:val="24"/>
                <w:szCs w:val="24"/>
              </w:rPr>
            </w:pPr>
          </w:p>
          <w:p w14:paraId="7FFC9F8D" w14:textId="5C9466A9"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lastRenderedPageBreak/>
              <w:br/>
            </w:r>
            <w:r w:rsidRPr="005A5448">
              <w:rPr>
                <w:rFonts w:ascii="Times New Roman" w:hAnsi="Times New Roman" w:cs="Times New Roman"/>
                <w:sz w:val="24"/>
                <w:szCs w:val="24"/>
              </w:rPr>
              <w:br/>
            </w:r>
          </w:p>
        </w:tc>
      </w:tr>
      <w:tr w:rsidR="00124870" w:rsidRPr="005A5448" w14:paraId="42806ABE" w14:textId="77777777">
        <w:tc>
          <w:tcPr>
            <w:tcW w:w="5270" w:type="dxa"/>
          </w:tcPr>
          <w:p w14:paraId="27335AA0" w14:textId="7777777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lastRenderedPageBreak/>
              <w:t>Place, Date</w:t>
            </w:r>
            <w:r w:rsidRPr="005A5448">
              <w:rPr>
                <w:rFonts w:ascii="Times New Roman" w:hAnsi="Times New Roman" w:cs="Times New Roman"/>
                <w:sz w:val="24"/>
                <w:szCs w:val="24"/>
              </w:rPr>
              <w:br/>
            </w:r>
            <w:r w:rsidRPr="005A5448">
              <w:rPr>
                <w:rFonts w:ascii="Times New Roman" w:hAnsi="Times New Roman" w:cs="Times New Roman"/>
                <w:sz w:val="24"/>
                <w:szCs w:val="24"/>
              </w:rPr>
              <w:br/>
            </w:r>
          </w:p>
        </w:tc>
        <w:tc>
          <w:tcPr>
            <w:tcW w:w="5270" w:type="dxa"/>
          </w:tcPr>
          <w:p w14:paraId="782870E8" w14:textId="286BA514"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t>Original handwritten signature of the end-user’s authorized representative</w:t>
            </w:r>
            <w:r w:rsidR="005A5448" w:rsidRPr="005A5448">
              <w:rPr>
                <w:rStyle w:val="Rimandonotaapidipagina"/>
                <w:rFonts w:ascii="Times New Roman" w:hAnsi="Times New Roman" w:cs="Times New Roman"/>
                <w:sz w:val="24"/>
                <w:szCs w:val="24"/>
              </w:rPr>
              <w:footnoteReference w:id="9"/>
            </w:r>
            <w:r w:rsidRPr="005A5448">
              <w:rPr>
                <w:rFonts w:ascii="Times New Roman" w:hAnsi="Times New Roman" w:cs="Times New Roman"/>
                <w:sz w:val="24"/>
                <w:szCs w:val="24"/>
              </w:rPr>
              <w:br/>
            </w:r>
            <w:r w:rsidRPr="005A5448">
              <w:rPr>
                <w:rFonts w:ascii="Times New Roman" w:hAnsi="Times New Roman" w:cs="Times New Roman"/>
                <w:sz w:val="24"/>
                <w:szCs w:val="24"/>
              </w:rPr>
              <w:br/>
            </w:r>
          </w:p>
        </w:tc>
      </w:tr>
      <w:tr w:rsidR="00124870" w:rsidRPr="005A5448" w14:paraId="116A118E" w14:textId="77777777">
        <w:tc>
          <w:tcPr>
            <w:tcW w:w="5270" w:type="dxa"/>
          </w:tcPr>
          <w:p w14:paraId="649A9A5C" w14:textId="77777777" w:rsidR="00C83B74" w:rsidRDefault="00000000">
            <w:pPr>
              <w:rPr>
                <w:rFonts w:ascii="Times New Roman" w:hAnsi="Times New Roman" w:cs="Times New Roman"/>
                <w:sz w:val="24"/>
                <w:szCs w:val="24"/>
              </w:rPr>
            </w:pPr>
            <w:r w:rsidRPr="005A5448">
              <w:rPr>
                <w:rFonts w:ascii="Times New Roman" w:hAnsi="Times New Roman" w:cs="Times New Roman"/>
                <w:sz w:val="24"/>
                <w:szCs w:val="24"/>
              </w:rPr>
              <w:t>Company stamp/Official seal</w:t>
            </w:r>
            <w:r w:rsidRPr="005A5448">
              <w:rPr>
                <w:rFonts w:ascii="Times New Roman" w:hAnsi="Times New Roman" w:cs="Times New Roman"/>
                <w:sz w:val="24"/>
                <w:szCs w:val="24"/>
              </w:rPr>
              <w:br/>
            </w:r>
          </w:p>
          <w:p w14:paraId="538BDB9B" w14:textId="3D724A56"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br/>
            </w:r>
          </w:p>
        </w:tc>
        <w:tc>
          <w:tcPr>
            <w:tcW w:w="5270" w:type="dxa"/>
          </w:tcPr>
          <w:p w14:paraId="3774A852" w14:textId="7777777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t>Name and title (in capital letters)</w:t>
            </w:r>
            <w:r w:rsidRPr="005A5448">
              <w:rPr>
                <w:rFonts w:ascii="Times New Roman" w:hAnsi="Times New Roman" w:cs="Times New Roman"/>
                <w:sz w:val="24"/>
                <w:szCs w:val="24"/>
              </w:rPr>
              <w:br/>
            </w:r>
            <w:r w:rsidRPr="005A5448">
              <w:rPr>
                <w:rFonts w:ascii="Times New Roman" w:hAnsi="Times New Roman" w:cs="Times New Roman"/>
                <w:sz w:val="24"/>
                <w:szCs w:val="24"/>
              </w:rPr>
              <w:br/>
            </w:r>
          </w:p>
        </w:tc>
      </w:tr>
    </w:tbl>
    <w:p w14:paraId="72D9C124" w14:textId="77777777" w:rsidR="005A5448" w:rsidRDefault="005A5448">
      <w:pPr>
        <w:rPr>
          <w:rFonts w:ascii="Times New Roman" w:hAnsi="Times New Roman" w:cs="Times New Roman"/>
          <w:b/>
          <w:sz w:val="24"/>
          <w:szCs w:val="24"/>
        </w:rPr>
      </w:pPr>
    </w:p>
    <w:p w14:paraId="2D303E2B" w14:textId="50B2B515" w:rsidR="00124870" w:rsidRPr="005A5448" w:rsidRDefault="00000000">
      <w:pPr>
        <w:rPr>
          <w:rFonts w:ascii="Times New Roman" w:hAnsi="Times New Roman" w:cs="Times New Roman"/>
          <w:sz w:val="24"/>
          <w:szCs w:val="24"/>
        </w:rPr>
      </w:pPr>
      <w:r w:rsidRPr="005A5448">
        <w:rPr>
          <w:rFonts w:ascii="Times New Roman" w:hAnsi="Times New Roman" w:cs="Times New Roman"/>
          <w:b/>
          <w:sz w:val="24"/>
          <w:szCs w:val="24"/>
        </w:rPr>
        <w:t>Section E – Declaration of commitment</w:t>
      </w:r>
    </w:p>
    <w:tbl>
      <w:tblPr>
        <w:tblStyle w:val="Grigliatabella"/>
        <w:tblW w:w="0" w:type="auto"/>
        <w:tblLook w:val="04A0" w:firstRow="1" w:lastRow="0" w:firstColumn="1" w:lastColumn="0" w:noHBand="0" w:noVBand="1"/>
      </w:tblPr>
      <w:tblGrid>
        <w:gridCol w:w="5270"/>
        <w:gridCol w:w="5270"/>
      </w:tblGrid>
      <w:tr w:rsidR="00124870" w:rsidRPr="005A5448" w14:paraId="254BD72F" w14:textId="77777777">
        <w:tc>
          <w:tcPr>
            <w:tcW w:w="10540" w:type="dxa"/>
            <w:gridSpan w:val="2"/>
          </w:tcPr>
          <w:p w14:paraId="228E63E5" w14:textId="77777777" w:rsidR="00C83B74" w:rsidRDefault="00000000" w:rsidP="00265E63">
            <w:pPr>
              <w:jc w:val="both"/>
              <w:rPr>
                <w:rFonts w:ascii="Times New Roman" w:hAnsi="Times New Roman" w:cs="Times New Roman"/>
                <w:sz w:val="24"/>
                <w:szCs w:val="24"/>
              </w:rPr>
            </w:pPr>
            <w:r w:rsidRPr="005A5448">
              <w:rPr>
                <w:rFonts w:ascii="Times New Roman" w:hAnsi="Times New Roman" w:cs="Times New Roman"/>
                <w:sz w:val="24"/>
                <w:szCs w:val="24"/>
              </w:rPr>
              <w:t>In accordance with the applicable rules and regulations of the European Union and of the Italian Republic</w:t>
            </w:r>
            <w:r w:rsidR="00C83B74">
              <w:rPr>
                <w:rFonts w:ascii="Times New Roman" w:hAnsi="Times New Roman" w:cs="Times New Roman"/>
                <w:sz w:val="24"/>
                <w:szCs w:val="24"/>
              </w:rPr>
              <w:t xml:space="preserve"> </w:t>
            </w:r>
            <w:r w:rsidR="00C83B74" w:rsidRPr="00C83B74">
              <w:rPr>
                <w:rFonts w:ascii="Times New Roman" w:hAnsi="Times New Roman" w:cs="Times New Roman"/>
                <w:sz w:val="24"/>
                <w:szCs w:val="24"/>
              </w:rPr>
              <w:t>that export authorizations for certain items can be issued only upon the submission of an End-Use Statement, we (I) declare and confirm that:</w:t>
            </w:r>
          </w:p>
          <w:p w14:paraId="10942B7E" w14:textId="7034542E" w:rsidR="00C83B74" w:rsidRDefault="00000000" w:rsidP="00265E63">
            <w:pPr>
              <w:jc w:val="both"/>
              <w:rPr>
                <w:rFonts w:ascii="Times New Roman" w:hAnsi="Times New Roman" w:cs="Times New Roman"/>
                <w:sz w:val="24"/>
                <w:szCs w:val="24"/>
              </w:rPr>
            </w:pPr>
            <w:r w:rsidRPr="005A5448">
              <w:rPr>
                <w:rFonts w:ascii="Times New Roman" w:hAnsi="Times New Roman" w:cs="Times New Roman"/>
                <w:sz w:val="24"/>
                <w:szCs w:val="24"/>
              </w:rPr>
              <w:br/>
            </w:r>
            <w:r w:rsidR="00C83B74" w:rsidRPr="00C83B74">
              <w:rPr>
                <w:rFonts w:ascii="Times New Roman" w:hAnsi="Times New Roman" w:cs="Times New Roman"/>
                <w:sz w:val="24"/>
                <w:szCs w:val="24"/>
              </w:rPr>
              <w:t xml:space="preserve">- we (I) are (am) the final end-user of the items described in section B; </w:t>
            </w:r>
          </w:p>
          <w:p w14:paraId="1741F7EE" w14:textId="77777777" w:rsidR="00C83B74" w:rsidRDefault="00C83B74" w:rsidP="00265E63">
            <w:pPr>
              <w:jc w:val="both"/>
              <w:rPr>
                <w:rFonts w:ascii="Times New Roman" w:hAnsi="Times New Roman" w:cs="Times New Roman"/>
                <w:sz w:val="24"/>
                <w:szCs w:val="24"/>
              </w:rPr>
            </w:pPr>
          </w:p>
          <w:p w14:paraId="233B077E" w14:textId="4B9B1358" w:rsidR="00C83B74" w:rsidRDefault="00C83B74" w:rsidP="00265E63">
            <w:pPr>
              <w:jc w:val="both"/>
              <w:rPr>
                <w:rFonts w:ascii="Times New Roman" w:hAnsi="Times New Roman" w:cs="Times New Roman"/>
                <w:sz w:val="24"/>
                <w:szCs w:val="24"/>
              </w:rPr>
            </w:pPr>
            <w:r w:rsidRPr="00C83B74">
              <w:rPr>
                <w:rFonts w:ascii="Times New Roman" w:hAnsi="Times New Roman" w:cs="Times New Roman"/>
                <w:sz w:val="24"/>
                <w:szCs w:val="24"/>
              </w:rPr>
              <w:t xml:space="preserve">- the items listed in section B belonging to the nuclear sector or that could be used, directly or indirectly, in the same sector, will not be used in military or nuclear explosive applications, in civil nuclear activities in facilities not covered by the safeguards of the International Atomic Energy Agency (I.A.E.A.) or in applications related to the development and/or production of other weapons of mass destruction or missiles capable of delivering such weapons; </w:t>
            </w:r>
          </w:p>
          <w:p w14:paraId="68F5BE03" w14:textId="77777777" w:rsidR="00C83B74" w:rsidRDefault="00C83B74" w:rsidP="00265E63">
            <w:pPr>
              <w:jc w:val="both"/>
              <w:rPr>
                <w:rFonts w:ascii="Times New Roman" w:hAnsi="Times New Roman" w:cs="Times New Roman"/>
                <w:sz w:val="24"/>
                <w:szCs w:val="24"/>
              </w:rPr>
            </w:pPr>
          </w:p>
          <w:p w14:paraId="1EEE695E" w14:textId="58D11A95" w:rsidR="00C83B74" w:rsidRDefault="00C83B74" w:rsidP="00265E63">
            <w:pPr>
              <w:jc w:val="both"/>
              <w:rPr>
                <w:rFonts w:ascii="Times New Roman" w:hAnsi="Times New Roman" w:cs="Times New Roman"/>
                <w:sz w:val="24"/>
                <w:szCs w:val="24"/>
              </w:rPr>
            </w:pPr>
            <w:r w:rsidRPr="00C83B74">
              <w:rPr>
                <w:rFonts w:ascii="Times New Roman" w:hAnsi="Times New Roman" w:cs="Times New Roman"/>
                <w:sz w:val="24"/>
                <w:szCs w:val="24"/>
              </w:rPr>
              <w:t>- the items listed in section B that are listed according to Regulation (EU) 2019/125 concerning trade in certain goods which could be used for capital punishment, torture or other cruel, inhuman or degrading treatment or punishment will be assigned exclusively for civil purposes and will not be used for capital punishment, torture or other cruel, inhuman or degrading treatment or punishment on a human being;</w:t>
            </w:r>
          </w:p>
          <w:p w14:paraId="041D1CC1" w14:textId="77777777" w:rsidR="00C83B74" w:rsidRDefault="00C83B74" w:rsidP="00265E63">
            <w:pPr>
              <w:jc w:val="both"/>
              <w:rPr>
                <w:rFonts w:ascii="Times New Roman" w:hAnsi="Times New Roman" w:cs="Times New Roman"/>
                <w:sz w:val="24"/>
                <w:szCs w:val="24"/>
              </w:rPr>
            </w:pPr>
            <w:r w:rsidRPr="00C83B74">
              <w:rPr>
                <w:rFonts w:ascii="Times New Roman" w:hAnsi="Times New Roman" w:cs="Times New Roman"/>
                <w:sz w:val="24"/>
                <w:szCs w:val="24"/>
              </w:rPr>
              <w:t xml:space="preserve"> </w:t>
            </w:r>
          </w:p>
          <w:p w14:paraId="15E34E54" w14:textId="36876AE8" w:rsidR="00C83B74" w:rsidRDefault="00C83B74" w:rsidP="00265E63">
            <w:pPr>
              <w:jc w:val="both"/>
              <w:rPr>
                <w:rFonts w:ascii="Times New Roman" w:hAnsi="Times New Roman" w:cs="Times New Roman"/>
                <w:sz w:val="24"/>
                <w:szCs w:val="24"/>
              </w:rPr>
            </w:pPr>
            <w:r w:rsidRPr="00C83B74">
              <w:rPr>
                <w:rFonts w:ascii="Times New Roman" w:hAnsi="Times New Roman" w:cs="Times New Roman"/>
                <w:sz w:val="24"/>
                <w:szCs w:val="24"/>
              </w:rPr>
              <w:t xml:space="preserve">- the items listed in section B that are cyber-surveillance items will not be used, in their entirety or in part, in connection with internal repression, monitoring of human rights activists, the suppression of freedom of speech or to violate human rights, including privacy and freedom of association, and international humanitarian law; </w:t>
            </w:r>
          </w:p>
          <w:p w14:paraId="412A0B22" w14:textId="77777777" w:rsidR="00C83B74" w:rsidRDefault="00C83B74" w:rsidP="00265E63">
            <w:pPr>
              <w:jc w:val="both"/>
              <w:rPr>
                <w:rFonts w:ascii="Times New Roman" w:hAnsi="Times New Roman" w:cs="Times New Roman"/>
                <w:sz w:val="24"/>
                <w:szCs w:val="24"/>
              </w:rPr>
            </w:pPr>
          </w:p>
          <w:p w14:paraId="679F956D" w14:textId="6BE4BCC0" w:rsidR="00C83B74" w:rsidRDefault="00C83B74" w:rsidP="00265E63">
            <w:pPr>
              <w:jc w:val="both"/>
              <w:rPr>
                <w:rFonts w:ascii="Times New Roman" w:hAnsi="Times New Roman" w:cs="Times New Roman"/>
                <w:sz w:val="24"/>
                <w:szCs w:val="24"/>
              </w:rPr>
            </w:pPr>
            <w:r w:rsidRPr="00C83B74">
              <w:rPr>
                <w:rFonts w:ascii="Times New Roman" w:hAnsi="Times New Roman" w:cs="Times New Roman"/>
                <w:sz w:val="24"/>
                <w:szCs w:val="24"/>
              </w:rPr>
              <w:t xml:space="preserve">- we (I) undertake not to sell, transfer, divert during the shipment nor re-export the items listed in section B without the express written approval of the National Authority for Export Control of Armament and Dual-Use Materials (UAMA) of the Italian Republic. </w:t>
            </w:r>
          </w:p>
          <w:p w14:paraId="05222568" w14:textId="77777777" w:rsidR="00C83B74" w:rsidRDefault="00C83B74" w:rsidP="00265E63">
            <w:pPr>
              <w:jc w:val="both"/>
              <w:rPr>
                <w:rFonts w:ascii="Times New Roman" w:hAnsi="Times New Roman" w:cs="Times New Roman"/>
                <w:sz w:val="24"/>
                <w:szCs w:val="24"/>
              </w:rPr>
            </w:pPr>
          </w:p>
          <w:p w14:paraId="2ECDB956" w14:textId="04F9FB16" w:rsidR="00124870" w:rsidRPr="005A5448" w:rsidRDefault="00C83B74" w:rsidP="00265E63">
            <w:pPr>
              <w:jc w:val="both"/>
              <w:rPr>
                <w:rFonts w:ascii="Times New Roman" w:hAnsi="Times New Roman" w:cs="Times New Roman"/>
                <w:sz w:val="24"/>
                <w:szCs w:val="24"/>
              </w:rPr>
            </w:pPr>
            <w:r w:rsidRPr="00C83B74">
              <w:rPr>
                <w:rFonts w:ascii="Times New Roman" w:hAnsi="Times New Roman" w:cs="Times New Roman"/>
                <w:sz w:val="24"/>
                <w:szCs w:val="24"/>
              </w:rPr>
              <w:t xml:space="preserve">- if expressly requested by the National Authority for Export Control of Armament and Dual-Use Materials (UAMA), we (I) will issue a statement </w:t>
            </w:r>
            <w:proofErr w:type="gramStart"/>
            <w:r w:rsidRPr="00C83B74">
              <w:rPr>
                <w:rFonts w:ascii="Times New Roman" w:hAnsi="Times New Roman" w:cs="Times New Roman"/>
                <w:sz w:val="24"/>
                <w:szCs w:val="24"/>
              </w:rPr>
              <w:t>of taking</w:t>
            </w:r>
            <w:proofErr w:type="gramEnd"/>
            <w:r w:rsidRPr="00C83B74">
              <w:rPr>
                <w:rFonts w:ascii="Times New Roman" w:hAnsi="Times New Roman" w:cs="Times New Roman"/>
                <w:sz w:val="24"/>
                <w:szCs w:val="24"/>
              </w:rPr>
              <w:t xml:space="preserve"> charge of the items once they have been received.</w:t>
            </w:r>
            <w:r w:rsidR="00000000" w:rsidRPr="005A5448">
              <w:rPr>
                <w:rFonts w:ascii="Times New Roman" w:hAnsi="Times New Roman" w:cs="Times New Roman"/>
                <w:sz w:val="24"/>
                <w:szCs w:val="24"/>
              </w:rPr>
              <w:br/>
            </w:r>
          </w:p>
        </w:tc>
      </w:tr>
      <w:tr w:rsidR="00124870" w:rsidRPr="005A5448" w14:paraId="4913E538" w14:textId="77777777">
        <w:tc>
          <w:tcPr>
            <w:tcW w:w="5270" w:type="dxa"/>
          </w:tcPr>
          <w:p w14:paraId="698AEFBA" w14:textId="7777777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lastRenderedPageBreak/>
              <w:t>Place, Date</w:t>
            </w:r>
            <w:r w:rsidRPr="005A5448">
              <w:rPr>
                <w:rFonts w:ascii="Times New Roman" w:hAnsi="Times New Roman" w:cs="Times New Roman"/>
                <w:sz w:val="24"/>
                <w:szCs w:val="24"/>
              </w:rPr>
              <w:br/>
            </w:r>
            <w:r w:rsidRPr="005A5448">
              <w:rPr>
                <w:rFonts w:ascii="Times New Roman" w:hAnsi="Times New Roman" w:cs="Times New Roman"/>
                <w:sz w:val="24"/>
                <w:szCs w:val="24"/>
              </w:rPr>
              <w:br/>
            </w:r>
          </w:p>
        </w:tc>
        <w:tc>
          <w:tcPr>
            <w:tcW w:w="5270" w:type="dxa"/>
          </w:tcPr>
          <w:p w14:paraId="121BA19E" w14:textId="6E587D09"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t>Original handwritten signature of the end-user’s authorized representative</w:t>
            </w:r>
            <w:r w:rsidR="00847373" w:rsidRPr="005A5448">
              <w:rPr>
                <w:rStyle w:val="Rimandonotaapidipagina"/>
                <w:rFonts w:ascii="Times New Roman" w:hAnsi="Times New Roman" w:cs="Times New Roman"/>
                <w:sz w:val="24"/>
                <w:szCs w:val="24"/>
              </w:rPr>
              <w:footnoteReference w:id="10"/>
            </w:r>
            <w:r w:rsidRPr="005A5448">
              <w:rPr>
                <w:rFonts w:ascii="Times New Roman" w:hAnsi="Times New Roman" w:cs="Times New Roman"/>
                <w:sz w:val="24"/>
                <w:szCs w:val="24"/>
              </w:rPr>
              <w:br/>
            </w:r>
            <w:r w:rsidRPr="005A5448">
              <w:rPr>
                <w:rFonts w:ascii="Times New Roman" w:hAnsi="Times New Roman" w:cs="Times New Roman"/>
                <w:sz w:val="24"/>
                <w:szCs w:val="24"/>
              </w:rPr>
              <w:br/>
            </w:r>
          </w:p>
        </w:tc>
      </w:tr>
      <w:tr w:rsidR="00124870" w:rsidRPr="005A5448" w14:paraId="6BBE44D8" w14:textId="77777777">
        <w:tc>
          <w:tcPr>
            <w:tcW w:w="5270" w:type="dxa"/>
          </w:tcPr>
          <w:p w14:paraId="7E399452" w14:textId="77777777" w:rsidR="00124870" w:rsidRDefault="00000000">
            <w:pPr>
              <w:rPr>
                <w:rFonts w:ascii="Times New Roman" w:hAnsi="Times New Roman" w:cs="Times New Roman"/>
                <w:sz w:val="24"/>
                <w:szCs w:val="24"/>
              </w:rPr>
            </w:pPr>
            <w:r w:rsidRPr="005A5448">
              <w:rPr>
                <w:rFonts w:ascii="Times New Roman" w:hAnsi="Times New Roman" w:cs="Times New Roman"/>
                <w:sz w:val="24"/>
                <w:szCs w:val="24"/>
              </w:rPr>
              <w:t>Company stamp/Official seal</w:t>
            </w:r>
            <w:r w:rsidRPr="005A5448">
              <w:rPr>
                <w:rFonts w:ascii="Times New Roman" w:hAnsi="Times New Roman" w:cs="Times New Roman"/>
                <w:sz w:val="24"/>
                <w:szCs w:val="24"/>
              </w:rPr>
              <w:br/>
            </w:r>
            <w:r w:rsidRPr="005A5448">
              <w:rPr>
                <w:rFonts w:ascii="Times New Roman" w:hAnsi="Times New Roman" w:cs="Times New Roman"/>
                <w:sz w:val="24"/>
                <w:szCs w:val="24"/>
              </w:rPr>
              <w:br/>
            </w:r>
          </w:p>
          <w:p w14:paraId="1B4D5F60" w14:textId="77777777" w:rsidR="00C83B74" w:rsidRPr="005A5448" w:rsidRDefault="00C83B74">
            <w:pPr>
              <w:rPr>
                <w:rFonts w:ascii="Times New Roman" w:hAnsi="Times New Roman" w:cs="Times New Roman"/>
                <w:sz w:val="24"/>
                <w:szCs w:val="24"/>
              </w:rPr>
            </w:pPr>
          </w:p>
        </w:tc>
        <w:tc>
          <w:tcPr>
            <w:tcW w:w="5270" w:type="dxa"/>
          </w:tcPr>
          <w:p w14:paraId="0250AB0A" w14:textId="7777777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t>Name and title (in capital letters)</w:t>
            </w:r>
            <w:r w:rsidRPr="005A5448">
              <w:rPr>
                <w:rFonts w:ascii="Times New Roman" w:hAnsi="Times New Roman" w:cs="Times New Roman"/>
                <w:sz w:val="24"/>
                <w:szCs w:val="24"/>
              </w:rPr>
              <w:br/>
            </w:r>
            <w:r w:rsidRPr="005A5448">
              <w:rPr>
                <w:rFonts w:ascii="Times New Roman" w:hAnsi="Times New Roman" w:cs="Times New Roman"/>
                <w:sz w:val="24"/>
                <w:szCs w:val="24"/>
              </w:rPr>
              <w:br/>
            </w:r>
          </w:p>
        </w:tc>
      </w:tr>
    </w:tbl>
    <w:p w14:paraId="7D6404BC" w14:textId="77777777" w:rsidR="00124870" w:rsidRPr="005A5448" w:rsidRDefault="00000000">
      <w:pPr>
        <w:rPr>
          <w:rFonts w:ascii="Times New Roman" w:hAnsi="Times New Roman" w:cs="Times New Roman"/>
          <w:sz w:val="24"/>
          <w:szCs w:val="24"/>
        </w:rPr>
      </w:pPr>
      <w:r w:rsidRPr="005A5448">
        <w:rPr>
          <w:rFonts w:ascii="Times New Roman" w:hAnsi="Times New Roman" w:cs="Times New Roman"/>
          <w:sz w:val="24"/>
          <w:szCs w:val="24"/>
        </w:rPr>
        <w:br w:type="page"/>
      </w:r>
    </w:p>
    <w:sectPr w:rsidR="00124870" w:rsidRPr="005A5448" w:rsidSect="00034616">
      <w:pgSz w:w="12240" w:h="15840"/>
      <w:pgMar w:top="850" w:right="850" w:bottom="85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53143" w14:textId="77777777" w:rsidR="00FE7969" w:rsidRDefault="00FE7969" w:rsidP="00847373">
      <w:pPr>
        <w:spacing w:after="0" w:line="240" w:lineRule="auto"/>
      </w:pPr>
      <w:r>
        <w:separator/>
      </w:r>
    </w:p>
  </w:endnote>
  <w:endnote w:type="continuationSeparator" w:id="0">
    <w:p w14:paraId="34D861C2" w14:textId="77777777" w:rsidR="00FE7969" w:rsidRDefault="00FE7969" w:rsidP="0084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C4FA2" w14:textId="77777777" w:rsidR="00FE7969" w:rsidRDefault="00FE7969" w:rsidP="00847373">
      <w:pPr>
        <w:spacing w:after="0" w:line="240" w:lineRule="auto"/>
      </w:pPr>
      <w:r>
        <w:separator/>
      </w:r>
    </w:p>
  </w:footnote>
  <w:footnote w:type="continuationSeparator" w:id="0">
    <w:p w14:paraId="1F694977" w14:textId="77777777" w:rsidR="00FE7969" w:rsidRDefault="00FE7969" w:rsidP="00847373">
      <w:pPr>
        <w:spacing w:after="0" w:line="240" w:lineRule="auto"/>
      </w:pPr>
      <w:r>
        <w:continuationSeparator/>
      </w:r>
    </w:p>
  </w:footnote>
  <w:footnote w:id="1">
    <w:p w14:paraId="4D449653" w14:textId="6FBCF0C6" w:rsidR="00847373" w:rsidRPr="005A5448" w:rsidRDefault="00847373" w:rsidP="005A5448">
      <w:pPr>
        <w:pStyle w:val="Testonotaapidipagina"/>
        <w:contextualSpacing/>
        <w:jc w:val="both"/>
        <w:rPr>
          <w:rFonts w:ascii="Times New Roman" w:hAnsi="Times New Roman" w:cs="Times New Roman"/>
          <w:lang w:val="it-IT"/>
        </w:rPr>
      </w:pPr>
      <w:r w:rsidRPr="005A5448">
        <w:rPr>
          <w:rStyle w:val="Rimandonotaapidipagina"/>
          <w:rFonts w:ascii="Times New Roman" w:hAnsi="Times New Roman" w:cs="Times New Roman"/>
        </w:rPr>
        <w:footnoteRef/>
      </w:r>
      <w:r w:rsidRPr="005A5448">
        <w:rPr>
          <w:rFonts w:ascii="Times New Roman" w:hAnsi="Times New Roman" w:cs="Times New Roman"/>
          <w:lang w:val="it-IT"/>
        </w:rPr>
        <w:t xml:space="preserve"> </w:t>
      </w:r>
      <w:r w:rsidR="005A5448" w:rsidRPr="005A5448">
        <w:rPr>
          <w:rFonts w:ascii="Times New Roman" w:hAnsi="Times New Roman" w:cs="Times New Roman"/>
          <w:lang w:val="it-IT"/>
        </w:rPr>
        <w:t xml:space="preserve">La dichiarazione </w:t>
      </w:r>
      <w:r w:rsidRPr="005A5448">
        <w:rPr>
          <w:rFonts w:ascii="Times New Roman" w:hAnsi="Times New Roman" w:cs="Times New Roman"/>
          <w:lang w:val="it-IT"/>
        </w:rPr>
        <w:t>deve essere redatt</w:t>
      </w:r>
      <w:r w:rsidR="005A5448" w:rsidRPr="005A5448">
        <w:rPr>
          <w:rFonts w:ascii="Times New Roman" w:hAnsi="Times New Roman" w:cs="Times New Roman"/>
          <w:lang w:val="it-IT"/>
        </w:rPr>
        <w:t>a</w:t>
      </w:r>
      <w:r w:rsidRPr="005A5448">
        <w:rPr>
          <w:rFonts w:ascii="Times New Roman" w:hAnsi="Times New Roman" w:cs="Times New Roman"/>
          <w:lang w:val="it-IT"/>
        </w:rPr>
        <w:t xml:space="preserve"> su carta intestata dell’utilizzatore finale.</w:t>
      </w:r>
    </w:p>
  </w:footnote>
  <w:footnote w:id="2">
    <w:p w14:paraId="31700230" w14:textId="1046CD34" w:rsidR="00847373" w:rsidRPr="005A5448" w:rsidRDefault="00847373" w:rsidP="005A5448">
      <w:pPr>
        <w:pStyle w:val="Testonotaapidipagina"/>
        <w:contextualSpacing/>
        <w:jc w:val="both"/>
        <w:rPr>
          <w:rFonts w:ascii="Times New Roman" w:hAnsi="Times New Roman" w:cs="Times New Roman"/>
          <w:lang w:val="it-IT"/>
        </w:rPr>
      </w:pPr>
      <w:r w:rsidRPr="005A5448">
        <w:rPr>
          <w:rStyle w:val="Rimandonotaapidipagina"/>
          <w:rFonts w:ascii="Times New Roman" w:hAnsi="Times New Roman" w:cs="Times New Roman"/>
        </w:rPr>
        <w:footnoteRef/>
      </w:r>
      <w:r w:rsidRPr="005A5448">
        <w:rPr>
          <w:rFonts w:ascii="Times New Roman" w:hAnsi="Times New Roman" w:cs="Times New Roman"/>
          <w:lang w:val="it-IT"/>
        </w:rPr>
        <w:t xml:space="preserve"> Ai sensi dell'articolo 2, comma 1, lettera o) del </w:t>
      </w:r>
      <w:r w:rsidR="005A5448" w:rsidRPr="005A5448">
        <w:rPr>
          <w:rFonts w:ascii="Times New Roman" w:hAnsi="Times New Roman" w:cs="Times New Roman"/>
          <w:lang w:val="it-IT"/>
        </w:rPr>
        <w:t>D.lgs.</w:t>
      </w:r>
      <w:r w:rsidRPr="005A5448">
        <w:rPr>
          <w:rFonts w:ascii="Times New Roman" w:hAnsi="Times New Roman" w:cs="Times New Roman"/>
          <w:lang w:val="it-IT"/>
        </w:rPr>
        <w:t xml:space="preserve"> 221/2017, per "utilizzatore finale" si intende qualsiasi persona fisica o giuridica che utilizza in via definitiva i prodotti soggetti ai controlli previsti dal presente decreto.</w:t>
      </w:r>
    </w:p>
    <w:p w14:paraId="3110B5B1" w14:textId="77777777" w:rsidR="00847373" w:rsidRPr="005A5448" w:rsidRDefault="00847373" w:rsidP="005A5448">
      <w:pPr>
        <w:pStyle w:val="Testonotaapidipagina"/>
        <w:contextualSpacing/>
        <w:jc w:val="both"/>
        <w:rPr>
          <w:rFonts w:ascii="Times New Roman" w:hAnsi="Times New Roman" w:cs="Times New Roman"/>
          <w:lang w:val="it-IT"/>
        </w:rPr>
      </w:pPr>
      <w:r w:rsidRPr="005A5448">
        <w:rPr>
          <w:rFonts w:ascii="Times New Roman" w:hAnsi="Times New Roman" w:cs="Times New Roman"/>
          <w:lang w:val="it-IT"/>
        </w:rPr>
        <w:t>Qualora i beni siano incorporati in un altro prodotto o in un sistema di livello superiore, il soggetto che effettua tale incorporazione è comunque considerato l'utilizzatore finale ai fini della movimentazione dei beni, salvo il caso in cui i beni siano utilizzati come componenti di un altro prodotto e tali componenti costituiscano l'elemento principale di detto prodotto e possano essere ragionevolmente rimossi o utilizzati per altri scopi.</w:t>
      </w:r>
    </w:p>
    <w:p w14:paraId="77EF0E88" w14:textId="6917215D" w:rsidR="00847373" w:rsidRPr="005A5448" w:rsidRDefault="00847373" w:rsidP="007C6EDA">
      <w:pPr>
        <w:pStyle w:val="Testonotaapidipagina"/>
        <w:contextualSpacing/>
        <w:jc w:val="both"/>
        <w:rPr>
          <w:rFonts w:ascii="Times New Roman" w:hAnsi="Times New Roman" w:cs="Times New Roman"/>
          <w:lang w:val="it-IT"/>
        </w:rPr>
      </w:pPr>
    </w:p>
  </w:footnote>
  <w:footnote w:id="3">
    <w:p w14:paraId="5254AFEB" w14:textId="5FD91733" w:rsidR="00847373" w:rsidRPr="005A5448" w:rsidRDefault="00847373" w:rsidP="005A5448">
      <w:pPr>
        <w:pStyle w:val="Testonotaapidipagina"/>
        <w:contextualSpacing/>
        <w:jc w:val="both"/>
        <w:rPr>
          <w:rFonts w:ascii="Times New Roman" w:hAnsi="Times New Roman" w:cs="Times New Roman"/>
          <w:lang w:val="it-IT"/>
        </w:rPr>
      </w:pPr>
      <w:r w:rsidRPr="005A5448">
        <w:rPr>
          <w:rStyle w:val="Rimandonotaapidipagina"/>
          <w:rFonts w:ascii="Times New Roman" w:hAnsi="Times New Roman" w:cs="Times New Roman"/>
        </w:rPr>
        <w:footnoteRef/>
      </w:r>
      <w:r w:rsidR="003C042C">
        <w:rPr>
          <w:rFonts w:ascii="Times New Roman" w:hAnsi="Times New Roman" w:cs="Times New Roman"/>
          <w:lang w:val="it-IT"/>
        </w:rPr>
        <w:t xml:space="preserve"> </w:t>
      </w:r>
      <w:r w:rsidRPr="005A5448">
        <w:rPr>
          <w:rFonts w:ascii="Times New Roman" w:hAnsi="Times New Roman" w:cs="Times New Roman"/>
          <w:lang w:val="it-IT"/>
        </w:rPr>
        <w:t>Il destinatario (</w:t>
      </w:r>
      <w:proofErr w:type="spellStart"/>
      <w:r w:rsidRPr="005A5448">
        <w:rPr>
          <w:rFonts w:ascii="Times New Roman" w:hAnsi="Times New Roman" w:cs="Times New Roman"/>
          <w:i/>
          <w:iCs/>
          <w:lang w:val="it-IT"/>
        </w:rPr>
        <w:t>consignee</w:t>
      </w:r>
      <w:proofErr w:type="spellEnd"/>
      <w:r w:rsidRPr="005A5448">
        <w:rPr>
          <w:rFonts w:ascii="Times New Roman" w:hAnsi="Times New Roman" w:cs="Times New Roman"/>
          <w:lang w:val="it-IT"/>
        </w:rPr>
        <w:t>) è il soggetto che riceve per primo i beni. Se il destinatario coincide con l'utilizzatore finale, inserire le stesse informazioni.</w:t>
      </w:r>
    </w:p>
  </w:footnote>
  <w:footnote w:id="4">
    <w:p w14:paraId="211B3AC2" w14:textId="1F684775" w:rsidR="00847373" w:rsidRPr="005A5448" w:rsidRDefault="00847373" w:rsidP="005A5448">
      <w:pPr>
        <w:pStyle w:val="Testonotaapidipagina"/>
        <w:contextualSpacing/>
        <w:jc w:val="both"/>
        <w:rPr>
          <w:rFonts w:ascii="Times New Roman" w:hAnsi="Times New Roman" w:cs="Times New Roman"/>
          <w:lang w:val="it-IT"/>
        </w:rPr>
      </w:pPr>
      <w:r w:rsidRPr="005A5448">
        <w:rPr>
          <w:rStyle w:val="Rimandonotaapidipagina"/>
          <w:rFonts w:ascii="Times New Roman" w:hAnsi="Times New Roman" w:cs="Times New Roman"/>
        </w:rPr>
        <w:footnoteRef/>
      </w:r>
      <w:r w:rsidRPr="005A5448">
        <w:rPr>
          <w:rFonts w:ascii="Times New Roman" w:hAnsi="Times New Roman" w:cs="Times New Roman"/>
          <w:lang w:val="it-IT"/>
        </w:rPr>
        <w:t xml:space="preserve"> Richiedente (ossia l'esportatore ai sensi dell'articolo 2, paragrafo 3, del Regolamento (UE) n. 2021/821).</w:t>
      </w:r>
    </w:p>
  </w:footnote>
  <w:footnote w:id="5">
    <w:p w14:paraId="744510DC" w14:textId="3D9B6516" w:rsidR="00847373" w:rsidRPr="00847373" w:rsidRDefault="00847373" w:rsidP="005A5448">
      <w:pPr>
        <w:pStyle w:val="Testonotaapidipagina"/>
        <w:contextualSpacing/>
        <w:jc w:val="both"/>
        <w:rPr>
          <w:lang w:val="it-IT"/>
        </w:rPr>
      </w:pPr>
      <w:r w:rsidRPr="005A5448">
        <w:rPr>
          <w:rStyle w:val="Rimandonotaapidipagina"/>
          <w:rFonts w:ascii="Times New Roman" w:hAnsi="Times New Roman" w:cs="Times New Roman"/>
        </w:rPr>
        <w:footnoteRef/>
      </w:r>
      <w:r w:rsidRPr="005A5448">
        <w:rPr>
          <w:rFonts w:ascii="Times New Roman" w:hAnsi="Times New Roman" w:cs="Times New Roman"/>
          <w:lang w:val="it-IT"/>
        </w:rPr>
        <w:t xml:space="preserve"> </w:t>
      </w:r>
      <w:r w:rsidR="006F688B">
        <w:rPr>
          <w:rFonts w:ascii="Times New Roman" w:hAnsi="Times New Roman" w:cs="Times New Roman"/>
          <w:lang w:val="it-IT"/>
        </w:rPr>
        <w:t>È necessario</w:t>
      </w:r>
      <w:r w:rsidRPr="005A5448">
        <w:rPr>
          <w:rFonts w:ascii="Times New Roman" w:hAnsi="Times New Roman" w:cs="Times New Roman"/>
          <w:lang w:val="it-IT"/>
        </w:rPr>
        <w:t xml:space="preserve"> fornire una descrizione dettagliata dei beni. Se necessario, è possibile aggiungere ulteriori righe oppure, qualora i beni siano numerosi, elencarli in un allegato. In tal caso, </w:t>
      </w:r>
      <w:r w:rsidR="006F688B">
        <w:rPr>
          <w:rFonts w:ascii="Times New Roman" w:hAnsi="Times New Roman" w:cs="Times New Roman"/>
          <w:lang w:val="it-IT"/>
        </w:rPr>
        <w:t>è necessario specificarlo</w:t>
      </w:r>
      <w:r w:rsidRPr="005A5448">
        <w:rPr>
          <w:rFonts w:ascii="Times New Roman" w:hAnsi="Times New Roman" w:cs="Times New Roman"/>
          <w:lang w:val="it-IT"/>
        </w:rPr>
        <w:t xml:space="preserve"> nella presente sezione. Se i beni sono classificati, indicare anche la relativa classificazione.</w:t>
      </w:r>
    </w:p>
  </w:footnote>
  <w:footnote w:id="6">
    <w:p w14:paraId="3AFD0F99" w14:textId="4D1C2D9F" w:rsidR="005A5448" w:rsidRPr="005A5448" w:rsidRDefault="005A5448" w:rsidP="005A5448">
      <w:pPr>
        <w:pStyle w:val="Testonotaapidipagina"/>
        <w:jc w:val="both"/>
        <w:rPr>
          <w:rFonts w:ascii="Times New Roman" w:hAnsi="Times New Roman" w:cs="Times New Roman"/>
          <w:lang w:val="it-IT"/>
        </w:rPr>
      </w:pPr>
      <w:r w:rsidRPr="005A5448">
        <w:rPr>
          <w:rStyle w:val="Rimandonotaapidipagina"/>
          <w:rFonts w:ascii="Times New Roman" w:hAnsi="Times New Roman" w:cs="Times New Roman"/>
        </w:rPr>
        <w:footnoteRef/>
      </w:r>
      <w:r w:rsidRPr="005A5448">
        <w:rPr>
          <w:rFonts w:ascii="Times New Roman" w:hAnsi="Times New Roman" w:cs="Times New Roman"/>
          <w:lang w:val="it-IT"/>
        </w:rPr>
        <w:t xml:space="preserve"> Ai sensi dell'articolo 10, comma 4, del D.lgs. 221/2017, la dichiarazione deve essere datata e sottoscritta dal legale rappresentante dell'utilizzatore finale. Qualora espressamente richiesto dall'Autorità italiana competente, la dichiarazione deve essere:</w:t>
      </w:r>
    </w:p>
    <w:p w14:paraId="194C36AD" w14:textId="77777777" w:rsidR="005A5448" w:rsidRPr="005A5448" w:rsidRDefault="005A5448" w:rsidP="005A5448">
      <w:pPr>
        <w:pStyle w:val="Testonotaapidipagina"/>
        <w:jc w:val="both"/>
        <w:rPr>
          <w:rFonts w:ascii="Times New Roman" w:hAnsi="Times New Roman" w:cs="Times New Roman"/>
          <w:lang w:val="it-IT"/>
        </w:rPr>
      </w:pPr>
      <w:r w:rsidRPr="005A5448">
        <w:rPr>
          <w:rFonts w:ascii="Times New Roman" w:hAnsi="Times New Roman" w:cs="Times New Roman"/>
          <w:lang w:val="it-IT"/>
        </w:rPr>
        <w:t>a. autenticata dalla competente rappresentanza diplomatica o consolare italiana;</w:t>
      </w:r>
    </w:p>
    <w:p w14:paraId="1BDA5960" w14:textId="77777777" w:rsidR="005A5448" w:rsidRPr="005A5448" w:rsidRDefault="005A5448" w:rsidP="005A5448">
      <w:pPr>
        <w:pStyle w:val="Testonotaapidipagina"/>
        <w:jc w:val="both"/>
        <w:rPr>
          <w:rFonts w:ascii="Times New Roman" w:hAnsi="Times New Roman" w:cs="Times New Roman"/>
          <w:lang w:val="it-IT"/>
        </w:rPr>
      </w:pPr>
      <w:r w:rsidRPr="005A5448">
        <w:rPr>
          <w:rFonts w:ascii="Times New Roman" w:hAnsi="Times New Roman" w:cs="Times New Roman"/>
          <w:lang w:val="it-IT"/>
        </w:rPr>
        <w:t>b. corredata da un certificato di uso finale rilasciato dall'autorità competente del Paese di destinazione finale, legalizzato dalla competente rappresentanza diplomatica o consolare italiana.</w:t>
      </w:r>
    </w:p>
    <w:p w14:paraId="01745C34" w14:textId="22A37924" w:rsidR="005A5448" w:rsidRPr="005A5448" w:rsidRDefault="005A5448" w:rsidP="005A5448">
      <w:pPr>
        <w:pStyle w:val="Testonotaapidipagina"/>
        <w:jc w:val="both"/>
        <w:rPr>
          <w:rFonts w:ascii="Times New Roman" w:hAnsi="Times New Roman" w:cs="Times New Roman"/>
          <w:lang w:val="it-IT"/>
        </w:rPr>
      </w:pPr>
    </w:p>
  </w:footnote>
  <w:footnote w:id="7">
    <w:p w14:paraId="7DA88FE6" w14:textId="1690D2C9" w:rsidR="00847373" w:rsidRPr="005A5448" w:rsidRDefault="00847373" w:rsidP="005A5448">
      <w:pPr>
        <w:pStyle w:val="Testonotaapidipagina"/>
        <w:jc w:val="both"/>
        <w:rPr>
          <w:rFonts w:ascii="Times New Roman" w:hAnsi="Times New Roman" w:cs="Times New Roman"/>
          <w:lang w:val="it-IT"/>
        </w:rPr>
      </w:pPr>
      <w:r w:rsidRPr="005A5448">
        <w:rPr>
          <w:rStyle w:val="Rimandonotaapidipagina"/>
          <w:rFonts w:ascii="Times New Roman" w:hAnsi="Times New Roman" w:cs="Times New Roman"/>
        </w:rPr>
        <w:footnoteRef/>
      </w:r>
      <w:r w:rsidR="007C6EDA">
        <w:rPr>
          <w:rFonts w:ascii="Times New Roman" w:hAnsi="Times New Roman" w:cs="Times New Roman"/>
          <w:lang w:val="it-IT"/>
        </w:rPr>
        <w:t xml:space="preserve"> </w:t>
      </w:r>
      <w:r w:rsidRPr="005A5448">
        <w:rPr>
          <w:rFonts w:ascii="Times New Roman" w:hAnsi="Times New Roman" w:cs="Times New Roman"/>
          <w:lang w:val="it-IT"/>
        </w:rPr>
        <w:t>Fornire una descrizione chiara e completa dell'utilizzo finale dei beni.</w:t>
      </w:r>
    </w:p>
  </w:footnote>
  <w:footnote w:id="8">
    <w:p w14:paraId="7D7F9202" w14:textId="6CAC214E" w:rsidR="00847373" w:rsidRPr="005A5448" w:rsidRDefault="00847373" w:rsidP="005A5448">
      <w:pPr>
        <w:pStyle w:val="Testonotaapidipagina"/>
        <w:jc w:val="both"/>
        <w:rPr>
          <w:rFonts w:ascii="Times New Roman" w:hAnsi="Times New Roman" w:cs="Times New Roman"/>
          <w:lang w:val="it-IT"/>
        </w:rPr>
      </w:pPr>
      <w:r w:rsidRPr="005A5448">
        <w:rPr>
          <w:rStyle w:val="Rimandonotaapidipagina"/>
          <w:rFonts w:ascii="Times New Roman" w:hAnsi="Times New Roman" w:cs="Times New Roman"/>
        </w:rPr>
        <w:footnoteRef/>
      </w:r>
      <w:r w:rsidRPr="005A5448">
        <w:rPr>
          <w:rFonts w:ascii="Times New Roman" w:hAnsi="Times New Roman" w:cs="Times New Roman"/>
          <w:lang w:val="it-IT"/>
        </w:rPr>
        <w:t xml:space="preserve"> Se diverso dall'indirizzo della sede legale dell'utilizzatore finale, specificare l'esatta ubicazione e la natura del sito (ad esempio, filiale dell'azienda, sito produttivo, ecc.).</w:t>
      </w:r>
    </w:p>
  </w:footnote>
  <w:footnote w:id="9">
    <w:p w14:paraId="7BA0E262" w14:textId="53242323" w:rsidR="005A5448" w:rsidRPr="005A5448" w:rsidRDefault="005A5448" w:rsidP="005A5448">
      <w:pPr>
        <w:pStyle w:val="Testonotaapidipagina"/>
        <w:jc w:val="both"/>
        <w:rPr>
          <w:rFonts w:ascii="Times New Roman" w:hAnsi="Times New Roman" w:cs="Times New Roman"/>
          <w:lang w:val="it-IT"/>
        </w:rPr>
      </w:pPr>
      <w:r w:rsidRPr="005A5448">
        <w:rPr>
          <w:rStyle w:val="Rimandonotaapidipagina"/>
          <w:rFonts w:ascii="Times New Roman" w:hAnsi="Times New Roman" w:cs="Times New Roman"/>
        </w:rPr>
        <w:footnoteRef/>
      </w:r>
      <w:r w:rsidRPr="005A5448">
        <w:rPr>
          <w:rFonts w:ascii="Times New Roman" w:hAnsi="Times New Roman" w:cs="Times New Roman"/>
          <w:lang w:val="it-IT"/>
        </w:rPr>
        <w:t xml:space="preserve"> Ai sensi dell'articolo 10, comma 4, del D.lgs. 221/2017, la dichiarazione deve essere datata e sottoscritta dal legale rappresentante dell'utilizzatore finale. Qualora espressamente richiesto dall'Autorità italiana competente, la dichiarazione deve essere:</w:t>
      </w:r>
    </w:p>
    <w:p w14:paraId="6619BC2A" w14:textId="77777777" w:rsidR="005A5448" w:rsidRPr="005A5448" w:rsidRDefault="005A5448" w:rsidP="005A5448">
      <w:pPr>
        <w:pStyle w:val="Testonotaapidipagina"/>
        <w:jc w:val="both"/>
        <w:rPr>
          <w:rFonts w:ascii="Times New Roman" w:hAnsi="Times New Roman" w:cs="Times New Roman"/>
          <w:lang w:val="it-IT"/>
        </w:rPr>
      </w:pPr>
      <w:r w:rsidRPr="005A5448">
        <w:rPr>
          <w:rFonts w:ascii="Times New Roman" w:hAnsi="Times New Roman" w:cs="Times New Roman"/>
          <w:lang w:val="it-IT"/>
        </w:rPr>
        <w:t>a. autenticata dalla competente rappresentanza diplomatica o consolare italiana;</w:t>
      </w:r>
    </w:p>
    <w:p w14:paraId="04548D20" w14:textId="77777777" w:rsidR="005A5448" w:rsidRPr="005A5448" w:rsidRDefault="005A5448" w:rsidP="005A5448">
      <w:pPr>
        <w:pStyle w:val="Testonotaapidipagina"/>
        <w:jc w:val="both"/>
        <w:rPr>
          <w:rFonts w:ascii="Times New Roman" w:hAnsi="Times New Roman" w:cs="Times New Roman"/>
          <w:lang w:val="it-IT"/>
        </w:rPr>
      </w:pPr>
      <w:r w:rsidRPr="005A5448">
        <w:rPr>
          <w:rFonts w:ascii="Times New Roman" w:hAnsi="Times New Roman" w:cs="Times New Roman"/>
          <w:lang w:val="it-IT"/>
        </w:rPr>
        <w:t>b. corredata da un certificato di uso finale rilasciato dall'autorità competente del Paese di destinazione finale, legalizzato dalla competente rappresentanza diplomatica o consolare italiana.</w:t>
      </w:r>
    </w:p>
    <w:p w14:paraId="44A8C60F" w14:textId="3AB6AD63" w:rsidR="005A5448" w:rsidRPr="005A5448" w:rsidRDefault="005A5448" w:rsidP="005A5448">
      <w:pPr>
        <w:pStyle w:val="Testonotaapidipagina"/>
        <w:jc w:val="both"/>
        <w:rPr>
          <w:lang w:val="it-IT"/>
        </w:rPr>
      </w:pPr>
    </w:p>
  </w:footnote>
  <w:footnote w:id="10">
    <w:p w14:paraId="452BE0DF" w14:textId="3FE1C014" w:rsidR="005A5448" w:rsidRPr="005A5448" w:rsidRDefault="00847373" w:rsidP="005A5448">
      <w:pPr>
        <w:pStyle w:val="Testonotaapidipagina"/>
        <w:jc w:val="both"/>
        <w:rPr>
          <w:rFonts w:ascii="Times New Roman" w:hAnsi="Times New Roman" w:cs="Times New Roman"/>
          <w:lang w:val="it-IT"/>
        </w:rPr>
      </w:pPr>
      <w:r w:rsidRPr="005A5448">
        <w:rPr>
          <w:rStyle w:val="Rimandonotaapidipagina"/>
          <w:rFonts w:ascii="Times New Roman" w:hAnsi="Times New Roman" w:cs="Times New Roman"/>
        </w:rPr>
        <w:footnoteRef/>
      </w:r>
      <w:r w:rsidRPr="005A5448">
        <w:rPr>
          <w:rFonts w:ascii="Times New Roman" w:hAnsi="Times New Roman" w:cs="Times New Roman"/>
          <w:lang w:val="it-IT"/>
        </w:rPr>
        <w:t xml:space="preserve"> </w:t>
      </w:r>
      <w:r w:rsidR="005A5448" w:rsidRPr="005A5448">
        <w:rPr>
          <w:rFonts w:ascii="Times New Roman" w:hAnsi="Times New Roman" w:cs="Times New Roman"/>
          <w:lang w:val="it-IT"/>
        </w:rPr>
        <w:t>Ai sensi dell'articolo 10, comma 4, del D.lgs. 221/2017, la dichiarazione deve essere datata e sottoscritta dal legale rappresentante dell'utilizzatore finale. Qualora espressamente richiesto dall'Autorità italiana competente, la dichiarazione deve essere:</w:t>
      </w:r>
    </w:p>
    <w:p w14:paraId="3F5E9989" w14:textId="77777777" w:rsidR="005A5448" w:rsidRPr="005A5448" w:rsidRDefault="005A5448" w:rsidP="005A5448">
      <w:pPr>
        <w:pStyle w:val="Testonotaapidipagina"/>
        <w:jc w:val="both"/>
        <w:rPr>
          <w:rFonts w:ascii="Times New Roman" w:hAnsi="Times New Roman" w:cs="Times New Roman"/>
          <w:lang w:val="it-IT"/>
        </w:rPr>
      </w:pPr>
      <w:r w:rsidRPr="005A5448">
        <w:rPr>
          <w:rFonts w:ascii="Times New Roman" w:hAnsi="Times New Roman" w:cs="Times New Roman"/>
          <w:lang w:val="it-IT"/>
        </w:rPr>
        <w:t>a. autenticata dalla competente rappresentanza diplomatica o consolare italiana;</w:t>
      </w:r>
    </w:p>
    <w:p w14:paraId="2B350466" w14:textId="77777777" w:rsidR="005A5448" w:rsidRPr="005A5448" w:rsidRDefault="005A5448" w:rsidP="005A5448">
      <w:pPr>
        <w:pStyle w:val="Testonotaapidipagina"/>
        <w:jc w:val="both"/>
        <w:rPr>
          <w:rFonts w:ascii="Times New Roman" w:hAnsi="Times New Roman" w:cs="Times New Roman"/>
          <w:lang w:val="it-IT"/>
        </w:rPr>
      </w:pPr>
      <w:r w:rsidRPr="005A5448">
        <w:rPr>
          <w:rFonts w:ascii="Times New Roman" w:hAnsi="Times New Roman" w:cs="Times New Roman"/>
          <w:lang w:val="it-IT"/>
        </w:rPr>
        <w:t>b. corredata da un certificato di uso finale rilasciato dall'autorità competente del Paese di destinazione finale, legalizzato dalla competente rappresentanza diplomatica o consolare italiana.</w:t>
      </w:r>
    </w:p>
    <w:p w14:paraId="53C1BB94" w14:textId="2BF6788D" w:rsidR="00847373" w:rsidRPr="005A5448" w:rsidRDefault="00847373" w:rsidP="005A5448">
      <w:pPr>
        <w:pStyle w:val="Testonotaapidipagina"/>
        <w:jc w:val="both"/>
        <w:rPr>
          <w:rFonts w:ascii="Times New Roman" w:hAnsi="Times New Roman" w:cs="Times New Roman"/>
          <w:lang w:val="it-I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294456039">
    <w:abstractNumId w:val="8"/>
  </w:num>
  <w:num w:numId="2" w16cid:durableId="580524494">
    <w:abstractNumId w:val="6"/>
  </w:num>
  <w:num w:numId="3" w16cid:durableId="1773697278">
    <w:abstractNumId w:val="5"/>
  </w:num>
  <w:num w:numId="4" w16cid:durableId="2123062599">
    <w:abstractNumId w:val="4"/>
  </w:num>
  <w:num w:numId="5" w16cid:durableId="52512605">
    <w:abstractNumId w:val="7"/>
  </w:num>
  <w:num w:numId="6" w16cid:durableId="1967809729">
    <w:abstractNumId w:val="3"/>
  </w:num>
  <w:num w:numId="7" w16cid:durableId="158353884">
    <w:abstractNumId w:val="2"/>
  </w:num>
  <w:num w:numId="8" w16cid:durableId="1670212576">
    <w:abstractNumId w:val="1"/>
  </w:num>
  <w:num w:numId="9" w16cid:durableId="55134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2998"/>
    <w:rsid w:val="00034616"/>
    <w:rsid w:val="0006063C"/>
    <w:rsid w:val="00091104"/>
    <w:rsid w:val="00124870"/>
    <w:rsid w:val="0015074B"/>
    <w:rsid w:val="0016436F"/>
    <w:rsid w:val="00265E63"/>
    <w:rsid w:val="0029639D"/>
    <w:rsid w:val="002D17C9"/>
    <w:rsid w:val="00326F90"/>
    <w:rsid w:val="003C042C"/>
    <w:rsid w:val="00486F42"/>
    <w:rsid w:val="005A5448"/>
    <w:rsid w:val="006F688B"/>
    <w:rsid w:val="007C6EDA"/>
    <w:rsid w:val="00847373"/>
    <w:rsid w:val="00AA1D8D"/>
    <w:rsid w:val="00AB732F"/>
    <w:rsid w:val="00B47730"/>
    <w:rsid w:val="00C83B74"/>
    <w:rsid w:val="00CB0664"/>
    <w:rsid w:val="00D0351A"/>
    <w:rsid w:val="00D474EA"/>
    <w:rsid w:val="00DE4DF6"/>
    <w:rsid w:val="00FC693F"/>
    <w:rsid w:val="00FE79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655B3B"/>
  <w14:defaultImageDpi w14:val="300"/>
  <w15:docId w15:val="{D10E327D-8F1B-4C5D-A565-43126809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stonotaapidipagina">
    <w:name w:val="footnote text"/>
    <w:basedOn w:val="Normale"/>
    <w:link w:val="TestonotaapidipaginaCarattere"/>
    <w:uiPriority w:val="99"/>
    <w:semiHidden/>
    <w:unhideWhenUsed/>
    <w:rsid w:val="0084737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47373"/>
    <w:rPr>
      <w:sz w:val="20"/>
      <w:szCs w:val="20"/>
    </w:rPr>
  </w:style>
  <w:style w:type="character" w:styleId="Rimandonotaapidipagina">
    <w:name w:val="footnote reference"/>
    <w:basedOn w:val="Carpredefinitoparagrafo"/>
    <w:uiPriority w:val="99"/>
    <w:semiHidden/>
    <w:unhideWhenUsed/>
    <w:rsid w:val="008473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5</Pages>
  <Words>511</Words>
  <Characters>2913</Characters>
  <Application>Microsoft Office Word</Application>
  <DocSecurity>0</DocSecurity>
  <Lines>24</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3418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Michela Scaratti</cp:lastModifiedBy>
  <cp:revision>6</cp:revision>
  <dcterms:created xsi:type="dcterms:W3CDTF">2013-12-23T23:15:00Z</dcterms:created>
  <dcterms:modified xsi:type="dcterms:W3CDTF">2026-09-10T12:30:00Z</dcterms:modified>
  <cp:category/>
</cp:coreProperties>
</file>